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796BF" w14:textId="77777777" w:rsidR="00430F09" w:rsidRDefault="00000000">
      <w:pPr>
        <w:jc w:val="center"/>
        <w:rPr>
          <w:rFonts w:hint="eastAsia"/>
        </w:rPr>
      </w:pPr>
      <w:r>
        <w:rPr>
          <w:b/>
          <w:color w:val="B66D70"/>
          <w:sz w:val="20"/>
        </w:rPr>
        <w:t>DER GANZ NORMALE WAHNSINN</w:t>
      </w:r>
    </w:p>
    <w:p w14:paraId="3F1EE312" w14:textId="77777777" w:rsidR="00430F09" w:rsidRDefault="00000000">
      <w:pPr>
        <w:jc w:val="center"/>
        <w:rPr>
          <w:rFonts w:hint="eastAsia"/>
        </w:rPr>
      </w:pPr>
      <w:r>
        <w:rPr>
          <w:b/>
          <w:sz w:val="44"/>
        </w:rPr>
        <w:t>Beziehungs-Check</w:t>
      </w:r>
    </w:p>
    <w:p w14:paraId="1EFA0088" w14:textId="77777777" w:rsidR="00430F09" w:rsidRDefault="00000000">
      <w:pPr>
        <w:jc w:val="center"/>
        <w:rPr>
          <w:rFonts w:hint="eastAsia"/>
        </w:rPr>
      </w:pPr>
      <w:r>
        <w:rPr>
          <w:i/>
          <w:color w:val="666666"/>
          <w:sz w:val="24"/>
        </w:rPr>
        <w:t>Wie fühlt sich meine Beziehung heute wirklich an?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430F09" w14:paraId="1B522CDE" w14:textId="77777777">
        <w:trPr>
          <w:jc w:val="center"/>
        </w:trPr>
        <w:tc>
          <w:tcPr>
            <w:tcW w:w="5100" w:type="dxa"/>
            <w:shd w:val="clear" w:color="auto" w:fill="F7EEEE"/>
          </w:tcPr>
          <w:p w14:paraId="77F336D2" w14:textId="77777777" w:rsidR="00430F09" w:rsidRDefault="00000000">
            <w:pPr>
              <w:rPr>
                <w:rFonts w:hint="eastAsia"/>
              </w:rPr>
            </w:pPr>
            <w:r>
              <w:t>Name: ______________________________</w:t>
            </w:r>
          </w:p>
        </w:tc>
        <w:tc>
          <w:tcPr>
            <w:tcW w:w="5100" w:type="dxa"/>
            <w:shd w:val="clear" w:color="auto" w:fill="F7EEEE"/>
          </w:tcPr>
          <w:p w14:paraId="488B1930" w14:textId="77777777" w:rsidR="00430F09" w:rsidRDefault="00000000">
            <w:pPr>
              <w:rPr>
                <w:rFonts w:hint="eastAsia"/>
              </w:rPr>
            </w:pPr>
            <w:r>
              <w:t>Datum: _____________________________</w:t>
            </w:r>
          </w:p>
        </w:tc>
      </w:tr>
    </w:tbl>
    <w:p w14:paraId="3A8FFFBD" w14:textId="77777777" w:rsidR="00430F09" w:rsidRDefault="00000000">
      <w:pPr>
        <w:rPr>
          <w:rFonts w:hint="eastAsia"/>
        </w:rPr>
      </w:pPr>
      <w:r>
        <w:rPr>
          <w:color w:val="666666"/>
        </w:rPr>
        <w:t>Dieser Bogen hilft dir, deine Beziehung differenziert zu betrachten. Es geht nicht um ein Urteil, sondern um Klarheit über deine Wahrnehmung, Bedürfnisse und Wünsche.</w:t>
      </w:r>
    </w:p>
    <w:p w14:paraId="4152CD40" w14:textId="77777777" w:rsidR="00430F09" w:rsidRDefault="00000000">
      <w:pPr>
        <w:pStyle w:val="berschrift1"/>
      </w:pPr>
      <w:r>
        <w:t>Nähe und Verbindung</w:t>
      </w:r>
    </w:p>
    <w:p w14:paraId="2098F70E" w14:textId="77777777" w:rsidR="00430F09" w:rsidRDefault="00000000">
      <w:pPr>
        <w:rPr>
          <w:rFonts w:hint="eastAsia"/>
        </w:rPr>
      </w:pPr>
      <w:r>
        <w:rPr>
          <w:b/>
        </w:rPr>
        <w:t>Was funktioniert in unserer Beziehung momentan gut?</w:t>
      </w:r>
    </w:p>
    <w:p w14:paraId="274A8FA8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275E304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F92F921" w14:textId="77777777" w:rsidR="00430F09" w:rsidRDefault="00000000">
      <w:pPr>
        <w:rPr>
          <w:rFonts w:hint="eastAsia"/>
        </w:rPr>
      </w:pPr>
      <w:r>
        <w:rPr>
          <w:b/>
        </w:rPr>
        <w:t>Wo fühle ich mich meinem Partner besonders verbunden?</w:t>
      </w:r>
    </w:p>
    <w:p w14:paraId="346C3763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695A6FC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633D91B" w14:textId="77777777" w:rsidR="00430F09" w:rsidRDefault="00000000">
      <w:pPr>
        <w:rPr>
          <w:rFonts w:hint="eastAsia"/>
        </w:rPr>
      </w:pPr>
      <w:r>
        <w:rPr>
          <w:b/>
        </w:rPr>
        <w:t>Wo fühle ich mich allein, obwohl ich in einer Beziehung bin?</w:t>
      </w:r>
    </w:p>
    <w:p w14:paraId="2E1CA632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C208749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6F2BB10" w14:textId="77777777" w:rsidR="00430F09" w:rsidRDefault="00000000">
      <w:pPr>
        <w:rPr>
          <w:rFonts w:hint="eastAsia"/>
        </w:rPr>
      </w:pPr>
      <w:r>
        <w:rPr>
          <w:b/>
        </w:rPr>
        <w:t>Wie viel echte gemeinsame Zeit erleben wir?</w:t>
      </w:r>
    </w:p>
    <w:p w14:paraId="48FF097D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B1BCE7B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4CD4F39" w14:textId="77777777" w:rsidR="00430F09" w:rsidRDefault="00000000">
      <w:pPr>
        <w:pStyle w:val="berschrift1"/>
      </w:pPr>
      <w:r>
        <w:t>Vertrauen und Sicherheit</w:t>
      </w:r>
    </w:p>
    <w:p w14:paraId="0365385E" w14:textId="77777777" w:rsidR="00430F09" w:rsidRDefault="00000000">
      <w:pPr>
        <w:rPr>
          <w:rFonts w:hint="eastAsia"/>
        </w:rPr>
      </w:pPr>
      <w:r>
        <w:rPr>
          <w:b/>
        </w:rPr>
        <w:t>Kann ich mich auf meinen Partner verlassen? Woran merke ich das?</w:t>
      </w:r>
    </w:p>
    <w:p w14:paraId="5D302EF6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C8671C8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6CC7B409" w14:textId="77777777" w:rsidR="00430F09" w:rsidRDefault="00000000">
      <w:pPr>
        <w:rPr>
          <w:rFonts w:hint="eastAsia"/>
        </w:rPr>
      </w:pPr>
      <w:r>
        <w:rPr>
          <w:b/>
        </w:rPr>
        <w:t>Kann ich offen sagen, was ich denke und fühle?</w:t>
      </w:r>
    </w:p>
    <w:p w14:paraId="4452A7D1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1FCE228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D7CDB38" w14:textId="77777777" w:rsidR="00430F09" w:rsidRDefault="00000000">
      <w:pPr>
        <w:rPr>
          <w:rFonts w:hint="eastAsia"/>
        </w:rPr>
      </w:pPr>
      <w:r>
        <w:rPr>
          <w:b/>
        </w:rPr>
        <w:t>Bei welchen Themen werde ich vorsichtig oder halte mich zurück?</w:t>
      </w:r>
    </w:p>
    <w:p w14:paraId="49F2C025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0C22C41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42860CD" w14:textId="77777777" w:rsidR="00430F09" w:rsidRDefault="00000000">
      <w:pPr>
        <w:pStyle w:val="berschrift1"/>
      </w:pPr>
      <w:r>
        <w:t>Bedürfnisse</w:t>
      </w:r>
    </w:p>
    <w:p w14:paraId="0C16723E" w14:textId="77777777" w:rsidR="00430F09" w:rsidRDefault="00000000">
      <w:pPr>
        <w:rPr>
          <w:rFonts w:hint="eastAsia"/>
        </w:rPr>
      </w:pPr>
      <w:r>
        <w:rPr>
          <w:b/>
        </w:rPr>
        <w:t>Welche drei Bedürfnisse sind mir in einer Beziehung besonders wichtig?</w:t>
      </w:r>
    </w:p>
    <w:p w14:paraId="5429645D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2FC2FF1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FC82524" w14:textId="77777777" w:rsidR="00430F09" w:rsidRDefault="00000000">
      <w:pPr>
        <w:rPr>
          <w:rFonts w:hint="eastAsia"/>
        </w:rPr>
      </w:pPr>
      <w:r>
        <w:rPr>
          <w:b/>
        </w:rPr>
        <w:t>Welche davon werden momentan erfüllt?</w:t>
      </w:r>
    </w:p>
    <w:p w14:paraId="2C45A1D5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65E345C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670B67F0" w14:textId="77777777" w:rsidR="00430F09" w:rsidRDefault="00000000">
      <w:pPr>
        <w:rPr>
          <w:rFonts w:hint="eastAsia"/>
        </w:rPr>
      </w:pPr>
      <w:r>
        <w:rPr>
          <w:b/>
        </w:rPr>
        <w:t>Welche Bedürfnisse spreche ich nicht klar aus?</w:t>
      </w:r>
    </w:p>
    <w:p w14:paraId="3B9F5D12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6BC2512E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8B14328" w14:textId="77777777" w:rsidR="00430F09" w:rsidRDefault="00000000">
      <w:pPr>
        <w:pStyle w:val="berschrift1"/>
      </w:pPr>
      <w:r>
        <w:lastRenderedPageBreak/>
        <w:t>Mein Blick nach vorn</w:t>
      </w:r>
    </w:p>
    <w:p w14:paraId="636A094E" w14:textId="77777777" w:rsidR="00430F09" w:rsidRDefault="00000000">
      <w:pPr>
        <w:rPr>
          <w:rFonts w:hint="eastAsia"/>
        </w:rPr>
      </w:pPr>
      <w:r>
        <w:rPr>
          <w:b/>
        </w:rPr>
        <w:t>Was müsste sich konkret verändern, damit sich diese Beziehung für mich wieder besser anfühlt?</w:t>
      </w:r>
    </w:p>
    <w:p w14:paraId="75F3E2E1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853C102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0203987" w14:textId="77777777" w:rsidR="00430F09" w:rsidRDefault="00000000">
      <w:pPr>
        <w:rPr>
          <w:rFonts w:hint="eastAsia"/>
        </w:rPr>
      </w:pPr>
      <w:r>
        <w:rPr>
          <w:b/>
        </w:rPr>
        <w:t>Wenn alles ein Jahr lang so bliebe wie heute: Wie würde es mir damit gehen?</w:t>
      </w:r>
    </w:p>
    <w:p w14:paraId="5F4BB4AD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65F395F" w14:textId="77777777" w:rsidR="00430F09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sectPr w:rsidR="00430F09" w:rsidSect="00034616">
      <w:footerReference w:type="default" r:id="rId8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09FD3" w14:textId="77777777" w:rsidR="00FC3F16" w:rsidRDefault="00FC3F1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D85C844" w14:textId="77777777" w:rsidR="00FC3F16" w:rsidRDefault="00FC3F1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6D08B" w14:textId="77777777" w:rsidR="00430F09" w:rsidRDefault="00000000">
    <w:pPr>
      <w:pStyle w:val="Fuzeile"/>
      <w:jc w:val="center"/>
      <w:rPr>
        <w:rFonts w:hint="eastAsia"/>
      </w:rPr>
    </w:pPr>
    <w:r>
      <w:rPr>
        <w:color w:val="777777"/>
        <w:sz w:val="15"/>
      </w:rPr>
      <w:t>Sandra Gründhammer · Coaching-Selbstreflexion · Kein diagnostischer Test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BE0FA" w14:textId="77777777" w:rsidR="00FC3F16" w:rsidRDefault="00FC3F1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FA7D0B9" w14:textId="77777777" w:rsidR="00FC3F16" w:rsidRDefault="00FC3F1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9889868">
    <w:abstractNumId w:val="8"/>
  </w:num>
  <w:num w:numId="2" w16cid:durableId="906377535">
    <w:abstractNumId w:val="6"/>
  </w:num>
  <w:num w:numId="3" w16cid:durableId="1220627706">
    <w:abstractNumId w:val="5"/>
  </w:num>
  <w:num w:numId="4" w16cid:durableId="1149901950">
    <w:abstractNumId w:val="4"/>
  </w:num>
  <w:num w:numId="5" w16cid:durableId="1953784050">
    <w:abstractNumId w:val="7"/>
  </w:num>
  <w:num w:numId="6" w16cid:durableId="1230844637">
    <w:abstractNumId w:val="3"/>
  </w:num>
  <w:num w:numId="7" w16cid:durableId="1372462310">
    <w:abstractNumId w:val="2"/>
  </w:num>
  <w:num w:numId="8" w16cid:durableId="227352454">
    <w:abstractNumId w:val="1"/>
  </w:num>
  <w:num w:numId="9" w16cid:durableId="1644768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278D"/>
    <w:rsid w:val="0029639D"/>
    <w:rsid w:val="00326F90"/>
    <w:rsid w:val="00430F09"/>
    <w:rsid w:val="00AA1D8D"/>
    <w:rsid w:val="00B47730"/>
    <w:rsid w:val="00CB0664"/>
    <w:rsid w:val="00DE2928"/>
    <w:rsid w:val="00FC3F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32344A"/>
  <w14:defaultImageDpi w14:val="300"/>
  <w15:docId w15:val="{68C2218E-0A02-4FEE-A9CF-42B0ED15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92929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Gründhammer</cp:lastModifiedBy>
  <cp:revision>2</cp:revision>
  <dcterms:created xsi:type="dcterms:W3CDTF">2026-09-18T16:55:00Z</dcterms:created>
  <dcterms:modified xsi:type="dcterms:W3CDTF">2026-09-18T16:55:00Z</dcterms:modified>
  <cp:category/>
</cp:coreProperties>
</file>