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E3B45" w14:textId="77777777" w:rsidR="00754268" w:rsidRDefault="00000000">
      <w:pPr>
        <w:jc w:val="center"/>
        <w:rPr>
          <w:rFonts w:hint="eastAsia"/>
        </w:rPr>
      </w:pPr>
      <w:r>
        <w:rPr>
          <w:b/>
          <w:color w:val="B66D70"/>
          <w:sz w:val="20"/>
        </w:rPr>
        <w:t>DER GANZ NORMALE WAHNSINN</w:t>
      </w:r>
    </w:p>
    <w:p w14:paraId="0794884F" w14:textId="77777777" w:rsidR="00754268" w:rsidRDefault="00000000">
      <w:pPr>
        <w:jc w:val="center"/>
        <w:rPr>
          <w:rFonts w:hint="eastAsia"/>
        </w:rPr>
      </w:pPr>
      <w:r>
        <w:rPr>
          <w:b/>
          <w:sz w:val="44"/>
        </w:rPr>
        <w:t>Meine Beziehungsmuster</w:t>
      </w:r>
    </w:p>
    <w:p w14:paraId="683DE1B0" w14:textId="77777777" w:rsidR="00754268" w:rsidRDefault="00000000">
      <w:pPr>
        <w:jc w:val="center"/>
        <w:rPr>
          <w:rFonts w:hint="eastAsia"/>
        </w:rPr>
      </w:pPr>
      <w:r>
        <w:rPr>
          <w:i/>
          <w:color w:val="666666"/>
          <w:sz w:val="24"/>
        </w:rPr>
        <w:t>Was wiederholt sich - auch wenn der Mensch wechselt?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754268" w14:paraId="261831DF" w14:textId="77777777">
        <w:trPr>
          <w:jc w:val="center"/>
        </w:trPr>
        <w:tc>
          <w:tcPr>
            <w:tcW w:w="5100" w:type="dxa"/>
            <w:shd w:val="clear" w:color="auto" w:fill="F7EEEE"/>
          </w:tcPr>
          <w:p w14:paraId="29081679" w14:textId="77777777" w:rsidR="00754268" w:rsidRDefault="00000000">
            <w:pPr>
              <w:rPr>
                <w:rFonts w:hint="eastAsia"/>
              </w:rPr>
            </w:pPr>
            <w:r>
              <w:t>Name: ______________________________</w:t>
            </w:r>
          </w:p>
        </w:tc>
        <w:tc>
          <w:tcPr>
            <w:tcW w:w="5100" w:type="dxa"/>
            <w:shd w:val="clear" w:color="auto" w:fill="F7EEEE"/>
          </w:tcPr>
          <w:p w14:paraId="3652EB43" w14:textId="77777777" w:rsidR="00754268" w:rsidRDefault="00000000">
            <w:pPr>
              <w:rPr>
                <w:rFonts w:hint="eastAsia"/>
              </w:rPr>
            </w:pPr>
            <w:r>
              <w:t>Datum: _____________________________</w:t>
            </w:r>
          </w:p>
        </w:tc>
      </w:tr>
    </w:tbl>
    <w:p w14:paraId="093E0B43" w14:textId="77777777" w:rsidR="00754268" w:rsidRDefault="00000000">
      <w:pPr>
        <w:rPr>
          <w:rFonts w:hint="eastAsia"/>
        </w:rPr>
      </w:pPr>
      <w:r>
        <w:rPr>
          <w:color w:val="666666"/>
        </w:rPr>
        <w:t>Hier geht es nicht darum, dir die Schuld an vergangenen Beziehungen zu geben. Es geht darum, wiederkehrende Muster zu erkennen, damit du künftig bewusster handeln kannst.</w:t>
      </w:r>
    </w:p>
    <w:p w14:paraId="2C42B540" w14:textId="77777777" w:rsidR="00754268" w:rsidRDefault="00000000">
      <w:pPr>
        <w:pStyle w:val="berschrift1"/>
      </w:pPr>
      <w:r>
        <w:t>Rückblick</w:t>
      </w:r>
    </w:p>
    <w:p w14:paraId="16301CAA" w14:textId="77777777" w:rsidR="00754268" w:rsidRDefault="00000000">
      <w:pPr>
        <w:rPr>
          <w:rFonts w:hint="eastAsia"/>
        </w:rPr>
      </w:pPr>
      <w:r>
        <w:rPr>
          <w:b/>
        </w:rPr>
        <w:t>Welche Gemeinsamkeiten erkenne ich in meinen vergangenen Beziehungen?</w:t>
      </w:r>
    </w:p>
    <w:p w14:paraId="4EC85304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6258F33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9F39410" w14:textId="77777777" w:rsidR="00754268" w:rsidRDefault="00000000">
      <w:pPr>
        <w:rPr>
          <w:rFonts w:hint="eastAsia"/>
        </w:rPr>
      </w:pPr>
      <w:r>
        <w:rPr>
          <w:b/>
        </w:rPr>
        <w:t>Welche Konflikte oder Verletzungen wiederholen sich?</w:t>
      </w:r>
    </w:p>
    <w:p w14:paraId="3083D918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D2C38CC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48BC419" w14:textId="77777777" w:rsidR="00754268" w:rsidRDefault="00000000">
      <w:pPr>
        <w:rPr>
          <w:rFonts w:hint="eastAsia"/>
        </w:rPr>
      </w:pPr>
      <w:r>
        <w:rPr>
          <w:b/>
        </w:rPr>
        <w:t>Welche Rolle übernehme ich häufig: retten, anpassen, kämpfen, kontrollieren, zurückziehen oder etwas anderes?</w:t>
      </w:r>
    </w:p>
    <w:p w14:paraId="70EED2B0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515A173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9DF87D3" w14:textId="77777777" w:rsidR="00754268" w:rsidRDefault="00000000">
      <w:pPr>
        <w:rPr>
          <w:rFonts w:hint="eastAsia"/>
        </w:rPr>
      </w:pPr>
      <w:r>
        <w:rPr>
          <w:b/>
        </w:rPr>
        <w:t>Was akzeptiere ich häufig länger, als es mir guttut?</w:t>
      </w:r>
    </w:p>
    <w:p w14:paraId="0F6A9BB2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7E3C0D4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7692B3B" w14:textId="77777777" w:rsidR="00754268" w:rsidRDefault="00000000">
      <w:pPr>
        <w:pStyle w:val="berschrift1"/>
      </w:pPr>
      <w:r>
        <w:t>Meine Erwartungen</w:t>
      </w:r>
    </w:p>
    <w:p w14:paraId="28AC4256" w14:textId="77777777" w:rsidR="00754268" w:rsidRDefault="00000000">
      <w:pPr>
        <w:rPr>
          <w:rFonts w:hint="eastAsia"/>
        </w:rPr>
      </w:pPr>
      <w:r>
        <w:rPr>
          <w:b/>
        </w:rPr>
        <w:t>Was erwarte ich von einem Partner, ohne es immer auszusprechen?</w:t>
      </w:r>
    </w:p>
    <w:p w14:paraId="7379B727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F74522C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C813754" w14:textId="77777777" w:rsidR="00754268" w:rsidRDefault="00000000">
      <w:pPr>
        <w:rPr>
          <w:rFonts w:hint="eastAsia"/>
        </w:rPr>
      </w:pPr>
      <w:r>
        <w:rPr>
          <w:b/>
        </w:rPr>
        <w:t>Was glaube ich tun zu müssen, damit ich geliebt werde?</w:t>
      </w:r>
    </w:p>
    <w:p w14:paraId="14346716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9637B1A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876728E" w14:textId="77777777" w:rsidR="00754268" w:rsidRDefault="00000000">
      <w:pPr>
        <w:rPr>
          <w:rFonts w:hint="eastAsia"/>
        </w:rPr>
      </w:pPr>
      <w:r>
        <w:rPr>
          <w:b/>
        </w:rPr>
        <w:t>Welche Angst taucht auf, wenn jemand emotional auf Abstand geht?</w:t>
      </w:r>
    </w:p>
    <w:p w14:paraId="331590D2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D619CF5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4CF4696" w14:textId="77777777" w:rsidR="00754268" w:rsidRDefault="00000000">
      <w:pPr>
        <w:pStyle w:val="berschrift1"/>
      </w:pPr>
      <w:r>
        <w:t>Neues Muster</w:t>
      </w:r>
    </w:p>
    <w:p w14:paraId="1ED3AB55" w14:textId="77777777" w:rsidR="00754268" w:rsidRDefault="00000000">
      <w:pPr>
        <w:rPr>
          <w:rFonts w:hint="eastAsia"/>
        </w:rPr>
      </w:pPr>
      <w:r>
        <w:rPr>
          <w:b/>
        </w:rPr>
        <w:t>Was möchte ich in einer zukünftigen oder bestehenden Beziehung anders machen?</w:t>
      </w:r>
    </w:p>
    <w:p w14:paraId="39609041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88AE62E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3AD4104" w14:textId="77777777" w:rsidR="00754268" w:rsidRDefault="00000000">
      <w:pPr>
        <w:rPr>
          <w:rFonts w:hint="eastAsia"/>
        </w:rPr>
      </w:pPr>
      <w:r>
        <w:rPr>
          <w:b/>
        </w:rPr>
        <w:t>Welche Warnsignale möchte ich künftig früher ernst nehmen?</w:t>
      </w:r>
    </w:p>
    <w:p w14:paraId="78A3E2CF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2410D6B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4ACA334" w14:textId="77777777" w:rsidR="00754268" w:rsidRDefault="00000000">
      <w:pPr>
        <w:rPr>
          <w:rFonts w:hint="eastAsia"/>
        </w:rPr>
      </w:pPr>
      <w:r>
        <w:rPr>
          <w:b/>
        </w:rPr>
        <w:t>Welche meiner eigenen Verhaltensweisen möchte ich verändern?</w:t>
      </w:r>
    </w:p>
    <w:p w14:paraId="7DFDD9DA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E9B89D8" w14:textId="77777777" w:rsidR="0075426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lastRenderedPageBreak/>
        <w:t>________________________________________________________________________________</w:t>
      </w:r>
    </w:p>
    <w:sectPr w:rsidR="00754268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B40C7" w14:textId="77777777" w:rsidR="003233C3" w:rsidRDefault="003233C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21B2BA9" w14:textId="77777777" w:rsidR="003233C3" w:rsidRDefault="003233C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15013" w14:textId="77777777" w:rsidR="00754268" w:rsidRPr="00DB1357" w:rsidRDefault="00000000">
    <w:pPr>
      <w:pStyle w:val="Fuzeile"/>
      <w:jc w:val="center"/>
      <w:rPr>
        <w:rFonts w:hint="eastAsia"/>
        <w:lang w:val="de-AT"/>
      </w:rPr>
    </w:pPr>
    <w:r w:rsidRPr="00DB1357">
      <w:rPr>
        <w:color w:val="777777"/>
        <w:sz w:val="15"/>
        <w:lang w:val="de-AT"/>
      </w:rPr>
      <w:t>Sandra Gründhammer · Coaching-Selbstreflexion · Kein diagnostischer 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14BAD" w14:textId="77777777" w:rsidR="003233C3" w:rsidRDefault="003233C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84CE46F" w14:textId="77777777" w:rsidR="003233C3" w:rsidRDefault="003233C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6792446">
    <w:abstractNumId w:val="8"/>
  </w:num>
  <w:num w:numId="2" w16cid:durableId="956987228">
    <w:abstractNumId w:val="6"/>
  </w:num>
  <w:num w:numId="3" w16cid:durableId="1295910548">
    <w:abstractNumId w:val="5"/>
  </w:num>
  <w:num w:numId="4" w16cid:durableId="898173188">
    <w:abstractNumId w:val="4"/>
  </w:num>
  <w:num w:numId="5" w16cid:durableId="406073420">
    <w:abstractNumId w:val="7"/>
  </w:num>
  <w:num w:numId="6" w16cid:durableId="1329753414">
    <w:abstractNumId w:val="3"/>
  </w:num>
  <w:num w:numId="7" w16cid:durableId="787311891">
    <w:abstractNumId w:val="2"/>
  </w:num>
  <w:num w:numId="8" w16cid:durableId="277182554">
    <w:abstractNumId w:val="1"/>
  </w:num>
  <w:num w:numId="9" w16cid:durableId="1058939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33C3"/>
    <w:rsid w:val="00326F90"/>
    <w:rsid w:val="006F08F9"/>
    <w:rsid w:val="00754268"/>
    <w:rsid w:val="00AA1D8D"/>
    <w:rsid w:val="00B47730"/>
    <w:rsid w:val="00CB0664"/>
    <w:rsid w:val="00DB13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476AB0"/>
  <w14:defaultImageDpi w14:val="300"/>
  <w15:docId w15:val="{062F6AFF-0392-41C3-8A58-B492DB17E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92929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Gründhammer</cp:lastModifiedBy>
  <cp:revision>2</cp:revision>
  <dcterms:created xsi:type="dcterms:W3CDTF">2026-09-18T16:53:00Z</dcterms:created>
  <dcterms:modified xsi:type="dcterms:W3CDTF">2026-09-18T16:53:00Z</dcterms:modified>
  <cp:category/>
</cp:coreProperties>
</file>