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EA947" w14:textId="77777777" w:rsidR="00045F25" w:rsidRDefault="00000000">
      <w:pPr>
        <w:jc w:val="center"/>
        <w:rPr>
          <w:rFonts w:hint="eastAsia"/>
        </w:rPr>
      </w:pPr>
      <w:r>
        <w:rPr>
          <w:b/>
          <w:color w:val="B66D70"/>
          <w:sz w:val="20"/>
        </w:rPr>
        <w:t>DER GANZ NORMALE WAHNSINN</w:t>
      </w:r>
    </w:p>
    <w:p w14:paraId="6A30F104" w14:textId="77777777" w:rsidR="00045F25" w:rsidRDefault="00000000">
      <w:pPr>
        <w:jc w:val="center"/>
        <w:rPr>
          <w:rFonts w:hint="eastAsia"/>
        </w:rPr>
      </w:pPr>
      <w:r>
        <w:rPr>
          <w:b/>
          <w:sz w:val="44"/>
        </w:rPr>
        <w:t>Werte-Kompass Beziehung</w:t>
      </w:r>
    </w:p>
    <w:p w14:paraId="729B19B1" w14:textId="77777777" w:rsidR="00045F25" w:rsidRDefault="00000000">
      <w:pPr>
        <w:jc w:val="center"/>
        <w:rPr>
          <w:rFonts w:hint="eastAsia"/>
        </w:rPr>
      </w:pPr>
      <w:r>
        <w:rPr>
          <w:i/>
          <w:color w:val="666666"/>
          <w:sz w:val="24"/>
        </w:rPr>
        <w:t>Was ist mir wirklich wichtig - und wird es gelebt?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5095"/>
        <w:gridCol w:w="5095"/>
      </w:tblGrid>
      <w:tr w:rsidR="00045F25" w14:paraId="4B50E9AC" w14:textId="77777777">
        <w:trPr>
          <w:jc w:val="center"/>
        </w:trPr>
        <w:tc>
          <w:tcPr>
            <w:tcW w:w="5100" w:type="dxa"/>
            <w:shd w:val="clear" w:color="auto" w:fill="F7EEEE"/>
          </w:tcPr>
          <w:p w14:paraId="43358314" w14:textId="77777777" w:rsidR="00045F25" w:rsidRDefault="00000000">
            <w:pPr>
              <w:rPr>
                <w:rFonts w:hint="eastAsia"/>
              </w:rPr>
            </w:pPr>
            <w:r>
              <w:t>Name: ______________________________</w:t>
            </w:r>
          </w:p>
        </w:tc>
        <w:tc>
          <w:tcPr>
            <w:tcW w:w="5100" w:type="dxa"/>
            <w:shd w:val="clear" w:color="auto" w:fill="F7EEEE"/>
          </w:tcPr>
          <w:p w14:paraId="76F25FC4" w14:textId="77777777" w:rsidR="00045F25" w:rsidRDefault="00000000">
            <w:pPr>
              <w:rPr>
                <w:rFonts w:hint="eastAsia"/>
              </w:rPr>
            </w:pPr>
            <w:r>
              <w:t>Datum: _____________________________</w:t>
            </w:r>
          </w:p>
        </w:tc>
      </w:tr>
    </w:tbl>
    <w:p w14:paraId="7A2154E8" w14:textId="77777777" w:rsidR="00045F25" w:rsidRDefault="00000000">
      <w:pPr>
        <w:rPr>
          <w:rFonts w:hint="eastAsia"/>
        </w:rPr>
      </w:pPr>
      <w:r>
        <w:rPr>
          <w:color w:val="666666"/>
        </w:rPr>
        <w:t>Dieser Bogen hilft dir, zwischen schönen Vorstellungen und tatsächlich gelebten Beziehungswerten zu unterscheiden.</w:t>
      </w:r>
    </w:p>
    <w:p w14:paraId="6BC337EC" w14:textId="77777777" w:rsidR="00045F25" w:rsidRDefault="00000000">
      <w:pPr>
        <w:pStyle w:val="berschrift1"/>
      </w:pPr>
      <w:r>
        <w:t>Meine wichtigsten Werte</w:t>
      </w:r>
    </w:p>
    <w:p w14:paraId="3B454B73" w14:textId="77777777" w:rsidR="00045F25" w:rsidRDefault="00000000">
      <w:pPr>
        <w:rPr>
          <w:rFonts w:hint="eastAsia"/>
        </w:rPr>
      </w:pPr>
      <w:r>
        <w:rPr>
          <w:b/>
        </w:rPr>
        <w:t>Welche Werte sind für mich besonders wichtig?</w:t>
      </w:r>
    </w:p>
    <w:p w14:paraId="6C6C5836" w14:textId="77777777" w:rsidR="00045F25" w:rsidRDefault="00000000">
      <w:pPr>
        <w:rPr>
          <w:rFonts w:hint="eastAsia"/>
        </w:rPr>
      </w:pPr>
      <w:r>
        <w:t>☐ Ehrlichkeit</w:t>
      </w:r>
    </w:p>
    <w:p w14:paraId="1380FCDE" w14:textId="77777777" w:rsidR="00045F25" w:rsidRDefault="00000000">
      <w:pPr>
        <w:rPr>
          <w:rFonts w:hint="eastAsia"/>
        </w:rPr>
      </w:pPr>
      <w:r>
        <w:t>☐ Loyalität</w:t>
      </w:r>
    </w:p>
    <w:p w14:paraId="56717DD4" w14:textId="77777777" w:rsidR="00045F25" w:rsidRDefault="00000000">
      <w:pPr>
        <w:rPr>
          <w:rFonts w:hint="eastAsia"/>
        </w:rPr>
      </w:pPr>
      <w:r>
        <w:t>☐ Respekt</w:t>
      </w:r>
    </w:p>
    <w:p w14:paraId="5AF51C29" w14:textId="77777777" w:rsidR="00045F25" w:rsidRDefault="00000000">
      <w:pPr>
        <w:rPr>
          <w:rFonts w:hint="eastAsia"/>
        </w:rPr>
      </w:pPr>
      <w:r>
        <w:t>☐ Verlässlichkeit</w:t>
      </w:r>
    </w:p>
    <w:p w14:paraId="08462B30" w14:textId="77777777" w:rsidR="00045F25" w:rsidRDefault="00000000">
      <w:pPr>
        <w:rPr>
          <w:rFonts w:hint="eastAsia"/>
        </w:rPr>
      </w:pPr>
      <w:r>
        <w:t>☐ Nähe</w:t>
      </w:r>
    </w:p>
    <w:p w14:paraId="06F37F32" w14:textId="77777777" w:rsidR="00045F25" w:rsidRDefault="00000000">
      <w:pPr>
        <w:rPr>
          <w:rFonts w:hint="eastAsia"/>
        </w:rPr>
      </w:pPr>
      <w:r>
        <w:t>☐ Freiheit</w:t>
      </w:r>
    </w:p>
    <w:p w14:paraId="466361D4" w14:textId="77777777" w:rsidR="00045F25" w:rsidRDefault="00000000">
      <w:pPr>
        <w:rPr>
          <w:rFonts w:hint="eastAsia"/>
        </w:rPr>
      </w:pPr>
      <w:r>
        <w:t>☐ Humor</w:t>
      </w:r>
    </w:p>
    <w:p w14:paraId="6DACD27C" w14:textId="77777777" w:rsidR="00045F25" w:rsidRDefault="00000000">
      <w:pPr>
        <w:rPr>
          <w:rFonts w:hint="eastAsia"/>
        </w:rPr>
      </w:pPr>
      <w:r>
        <w:t>☐ Sexualität</w:t>
      </w:r>
    </w:p>
    <w:p w14:paraId="1A13E266" w14:textId="77777777" w:rsidR="00045F25" w:rsidRDefault="00000000">
      <w:pPr>
        <w:rPr>
          <w:rFonts w:hint="eastAsia"/>
        </w:rPr>
      </w:pPr>
      <w:r>
        <w:t>☐ Familie</w:t>
      </w:r>
    </w:p>
    <w:p w14:paraId="07E12692" w14:textId="77777777" w:rsidR="00045F25" w:rsidRDefault="00000000">
      <w:pPr>
        <w:rPr>
          <w:rFonts w:hint="eastAsia"/>
        </w:rPr>
      </w:pPr>
      <w:r>
        <w:t>☐ Wachstum</w:t>
      </w:r>
    </w:p>
    <w:p w14:paraId="63915567" w14:textId="77777777" w:rsidR="00045F25" w:rsidRDefault="00000000">
      <w:pPr>
        <w:rPr>
          <w:rFonts w:hint="eastAsia"/>
        </w:rPr>
      </w:pPr>
      <w:r>
        <w:t>☐ Kommunikation</w:t>
      </w:r>
    </w:p>
    <w:p w14:paraId="59862A41" w14:textId="77777777" w:rsidR="00045F25" w:rsidRDefault="00000000">
      <w:pPr>
        <w:rPr>
          <w:rFonts w:hint="eastAsia"/>
        </w:rPr>
      </w:pPr>
      <w:r>
        <w:t>☐ Abenteuer</w:t>
      </w:r>
    </w:p>
    <w:p w14:paraId="0B0FF7A7" w14:textId="77777777" w:rsidR="00045F25" w:rsidRDefault="00000000">
      <w:pPr>
        <w:rPr>
          <w:rFonts w:hint="eastAsia"/>
        </w:rPr>
      </w:pPr>
      <w:r>
        <w:t>☐ Ruhe/Sicherheit</w:t>
      </w:r>
    </w:p>
    <w:p w14:paraId="7E9C74B1" w14:textId="77777777" w:rsidR="00045F25" w:rsidRDefault="00000000">
      <w:pPr>
        <w:rPr>
          <w:rFonts w:hint="eastAsia"/>
        </w:rPr>
      </w:pPr>
      <w:r>
        <w:t>☐ Etwas anderes</w:t>
      </w:r>
    </w:p>
    <w:p w14:paraId="53359EE3" w14:textId="77777777" w:rsidR="00045F25" w:rsidRDefault="00000000">
      <w:pPr>
        <w:rPr>
          <w:rFonts w:hint="eastAsia"/>
        </w:rPr>
      </w:pPr>
      <w:r>
        <w:rPr>
          <w:b/>
        </w:rPr>
        <w:t>Welche fünf Werte sind für mich nicht verhandelbar?</w:t>
      </w:r>
    </w:p>
    <w:p w14:paraId="4B1D5C95" w14:textId="77777777" w:rsidR="00045F2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40758C1B" w14:textId="77777777" w:rsidR="00045F2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788CC8B0" w14:textId="77777777" w:rsidR="00045F25" w:rsidRDefault="00000000">
      <w:pPr>
        <w:rPr>
          <w:rFonts w:hint="eastAsia"/>
        </w:rPr>
      </w:pPr>
      <w:r>
        <w:rPr>
          <w:b/>
        </w:rPr>
        <w:t>Welche davon lebe ich selbst?</w:t>
      </w:r>
    </w:p>
    <w:p w14:paraId="4BFC02D2" w14:textId="77777777" w:rsidR="00045F2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1E0507EF" w14:textId="77777777" w:rsidR="00045F2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420E26E7" w14:textId="77777777" w:rsidR="00045F25" w:rsidRDefault="00000000">
      <w:pPr>
        <w:pStyle w:val="berschrift1"/>
      </w:pPr>
      <w:r>
        <w:t>Beziehungsrealität</w:t>
      </w:r>
    </w:p>
    <w:p w14:paraId="33F745E8" w14:textId="77777777" w:rsidR="00045F25" w:rsidRDefault="00000000">
      <w:pPr>
        <w:rPr>
          <w:rFonts w:hint="eastAsia"/>
        </w:rPr>
      </w:pPr>
      <w:r>
        <w:rPr>
          <w:b/>
        </w:rPr>
        <w:t>Welche meiner wichtigsten Werte erlebe ich in meiner Beziehung tatsächlich?</w:t>
      </w:r>
    </w:p>
    <w:p w14:paraId="3041B4E4" w14:textId="77777777" w:rsidR="00045F2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63C55FF9" w14:textId="77777777" w:rsidR="00045F2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25FFC8CC" w14:textId="77777777" w:rsidR="00045F25" w:rsidRDefault="00000000">
      <w:pPr>
        <w:rPr>
          <w:rFonts w:hint="eastAsia"/>
        </w:rPr>
      </w:pPr>
      <w:r>
        <w:rPr>
          <w:b/>
        </w:rPr>
        <w:t>Bei welchen Werten klaffen Wunsch und Realität auseinander?</w:t>
      </w:r>
    </w:p>
    <w:p w14:paraId="60C6FED1" w14:textId="77777777" w:rsidR="00045F2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4D2A876B" w14:textId="77777777" w:rsidR="00045F2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7399F87F" w14:textId="77777777" w:rsidR="00045F25" w:rsidRDefault="00000000">
      <w:pPr>
        <w:rPr>
          <w:rFonts w:hint="eastAsia"/>
        </w:rPr>
      </w:pPr>
      <w:r>
        <w:rPr>
          <w:b/>
        </w:rPr>
        <w:t>Welche Unterschiede kann ich akzeptieren - und welche nicht?</w:t>
      </w:r>
    </w:p>
    <w:p w14:paraId="74DF1E2A" w14:textId="77777777" w:rsidR="00045F2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lastRenderedPageBreak/>
        <w:t>________________________________________________________________________________</w:t>
      </w:r>
    </w:p>
    <w:p w14:paraId="2E951F2E" w14:textId="77777777" w:rsidR="00045F2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29D9ED2C" w14:textId="77777777" w:rsidR="00045F25" w:rsidRDefault="00000000">
      <w:pPr>
        <w:pStyle w:val="berschrift1"/>
      </w:pPr>
      <w:r>
        <w:t>Klarheit</w:t>
      </w:r>
    </w:p>
    <w:p w14:paraId="286C7313" w14:textId="77777777" w:rsidR="00045F25" w:rsidRDefault="00000000">
      <w:pPr>
        <w:rPr>
          <w:rFonts w:hint="eastAsia"/>
        </w:rPr>
      </w:pPr>
      <w:r>
        <w:rPr>
          <w:b/>
        </w:rPr>
        <w:t>Was wünsche ich mir konkret statt nur abstrakt „mehr Respekt“, „mehr Nähe“ oder „mehr Liebe“?</w:t>
      </w:r>
    </w:p>
    <w:p w14:paraId="63875B52" w14:textId="77777777" w:rsidR="00045F2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5AC73433" w14:textId="77777777" w:rsidR="00045F2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272A7972" w14:textId="77777777" w:rsidR="00045F25" w:rsidRDefault="00000000">
      <w:pPr>
        <w:rPr>
          <w:rFonts w:hint="eastAsia"/>
        </w:rPr>
      </w:pPr>
      <w:r>
        <w:rPr>
          <w:b/>
        </w:rPr>
        <w:t>Welche Werte möchte ich in meiner nächsten Entscheidung berücksichtigen?</w:t>
      </w:r>
    </w:p>
    <w:p w14:paraId="2381D9FD" w14:textId="77777777" w:rsidR="00045F2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47949501" w14:textId="77777777" w:rsidR="00045F2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sectPr w:rsidR="00045F25" w:rsidSect="00034616">
      <w:footerReference w:type="default" r:id="rId8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1BE8F" w14:textId="77777777" w:rsidR="00722FC4" w:rsidRDefault="00722FC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E8A8B9C" w14:textId="77777777" w:rsidR="00722FC4" w:rsidRDefault="00722FC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64FBE" w14:textId="77777777" w:rsidR="00045F25" w:rsidRDefault="00000000">
    <w:pPr>
      <w:pStyle w:val="Fuzeile"/>
      <w:jc w:val="center"/>
      <w:rPr>
        <w:rFonts w:hint="eastAsia"/>
      </w:rPr>
    </w:pPr>
    <w:r>
      <w:rPr>
        <w:color w:val="777777"/>
        <w:sz w:val="15"/>
      </w:rPr>
      <w:t>Sandra Gründhammer · Coaching-Selbstreflexion · Kein diagnostischer Test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80D53" w14:textId="77777777" w:rsidR="00722FC4" w:rsidRDefault="00722FC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4D3D803" w14:textId="77777777" w:rsidR="00722FC4" w:rsidRDefault="00722FC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4872585">
    <w:abstractNumId w:val="8"/>
  </w:num>
  <w:num w:numId="2" w16cid:durableId="1720667387">
    <w:abstractNumId w:val="6"/>
  </w:num>
  <w:num w:numId="3" w16cid:durableId="1825581528">
    <w:abstractNumId w:val="5"/>
  </w:num>
  <w:num w:numId="4" w16cid:durableId="1949046575">
    <w:abstractNumId w:val="4"/>
  </w:num>
  <w:num w:numId="5" w16cid:durableId="985620050">
    <w:abstractNumId w:val="7"/>
  </w:num>
  <w:num w:numId="6" w16cid:durableId="900598913">
    <w:abstractNumId w:val="3"/>
  </w:num>
  <w:num w:numId="7" w16cid:durableId="1677419056">
    <w:abstractNumId w:val="2"/>
  </w:num>
  <w:num w:numId="8" w16cid:durableId="346177060">
    <w:abstractNumId w:val="1"/>
  </w:num>
  <w:num w:numId="9" w16cid:durableId="1339313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5F25"/>
    <w:rsid w:val="0006063C"/>
    <w:rsid w:val="0015074B"/>
    <w:rsid w:val="001D055C"/>
    <w:rsid w:val="0029639D"/>
    <w:rsid w:val="00326F90"/>
    <w:rsid w:val="004546A0"/>
    <w:rsid w:val="00722FC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8D847F"/>
  <w14:defaultImageDpi w14:val="300"/>
  <w15:docId w15:val="{2C43DC54-F1E2-4CA5-95F0-E6D2A5398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92929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Sandra Gründhammer</cp:lastModifiedBy>
  <cp:revision>2</cp:revision>
  <dcterms:created xsi:type="dcterms:W3CDTF">2026-09-18T16:51:00Z</dcterms:created>
  <dcterms:modified xsi:type="dcterms:W3CDTF">2026-09-18T16:51:00Z</dcterms:modified>
  <cp:category/>
</cp:coreProperties>
</file>