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49FAD" w14:textId="77777777" w:rsidR="001B4F3B" w:rsidRDefault="00000000">
      <w:pPr>
        <w:jc w:val="center"/>
        <w:rPr>
          <w:rFonts w:hint="eastAsia"/>
        </w:rPr>
      </w:pPr>
      <w:r>
        <w:rPr>
          <w:b/>
          <w:color w:val="D98D8A"/>
          <w:sz w:val="20"/>
        </w:rPr>
        <w:t>DER GANZ NORMALE WAHNSINN</w:t>
      </w:r>
    </w:p>
    <w:p w14:paraId="3FAE5F6D" w14:textId="77777777" w:rsidR="001B4F3B" w:rsidRDefault="00000000">
      <w:pPr>
        <w:jc w:val="center"/>
        <w:rPr>
          <w:rFonts w:hint="eastAsia"/>
        </w:rPr>
      </w:pPr>
      <w:r>
        <w:rPr>
          <w:b/>
          <w:color w:val="292929"/>
          <w:sz w:val="48"/>
        </w:rPr>
        <w:t>Coaching-Vorbereitungsbogen</w:t>
      </w:r>
    </w:p>
    <w:p w14:paraId="1F8FBF8D" w14:textId="77777777" w:rsidR="001B4F3B" w:rsidRDefault="00000000">
      <w:pPr>
        <w:jc w:val="center"/>
        <w:rPr>
          <w:rFonts w:hint="eastAsia"/>
        </w:rPr>
      </w:pPr>
      <w:r>
        <w:rPr>
          <w:i/>
          <w:color w:val="666666"/>
          <w:sz w:val="26"/>
        </w:rPr>
        <w:t>Welche Geschichte erzählst du dir gerade?</w:t>
      </w:r>
    </w:p>
    <w:tbl>
      <w:tblPr>
        <w:tblW w:w="0" w:type="auto"/>
        <w:jc w:val="center"/>
        <w:tblLayout w:type="fixed"/>
        <w:tblLook w:val="04A0" w:firstRow="1" w:lastRow="0" w:firstColumn="1" w:lastColumn="0" w:noHBand="0" w:noVBand="1"/>
      </w:tblPr>
      <w:tblGrid>
        <w:gridCol w:w="5100"/>
        <w:gridCol w:w="5100"/>
      </w:tblGrid>
      <w:tr w:rsidR="001B4F3B" w14:paraId="4ADE0B45" w14:textId="77777777">
        <w:trPr>
          <w:jc w:val="center"/>
        </w:trPr>
        <w:tc>
          <w:tcPr>
            <w:tcW w:w="5100" w:type="dxa"/>
            <w:shd w:val="clear" w:color="auto" w:fill="F7EEEE"/>
            <w:tcMar>
              <w:top w:w="100" w:type="dxa"/>
              <w:left w:w="120" w:type="dxa"/>
              <w:bottom w:w="100" w:type="dxa"/>
              <w:right w:w="120" w:type="dxa"/>
            </w:tcMar>
          </w:tcPr>
          <w:p w14:paraId="68B44DBA" w14:textId="77777777" w:rsidR="001B4F3B" w:rsidRDefault="00000000">
            <w:pPr>
              <w:rPr>
                <w:rFonts w:hint="eastAsia"/>
              </w:rPr>
            </w:pPr>
            <w:r>
              <w:t>Name: __________________________________</w:t>
            </w:r>
          </w:p>
        </w:tc>
        <w:tc>
          <w:tcPr>
            <w:tcW w:w="5100" w:type="dxa"/>
            <w:shd w:val="clear" w:color="auto" w:fill="F7EEEE"/>
            <w:tcMar>
              <w:top w:w="100" w:type="dxa"/>
              <w:left w:w="120" w:type="dxa"/>
              <w:bottom w:w="100" w:type="dxa"/>
              <w:right w:w="120" w:type="dxa"/>
            </w:tcMar>
          </w:tcPr>
          <w:p w14:paraId="6816B9AD" w14:textId="77777777" w:rsidR="001B4F3B" w:rsidRDefault="00000000">
            <w:pPr>
              <w:rPr>
                <w:rFonts w:hint="eastAsia"/>
              </w:rPr>
            </w:pPr>
            <w:r>
              <w:t>Datum: _________________________________</w:t>
            </w:r>
          </w:p>
        </w:tc>
      </w:tr>
    </w:tbl>
    <w:p w14:paraId="436345B6" w14:textId="77777777" w:rsidR="001B4F3B" w:rsidRDefault="00000000">
      <w:pPr>
        <w:spacing w:before="160" w:after="160"/>
        <w:rPr>
          <w:rFonts w:hint="eastAsia"/>
        </w:rPr>
      </w:pPr>
      <w:r>
        <w:t>Dieser Bogen hilft dir, deine aktuelle Situation vor unserem Coaching zu sortieren. Es gibt keine richtigen oder falschen Antworten. Schreib möglichst spontan und ehrlich. Du musst noch keine Lösung kennen.</w:t>
      </w:r>
    </w:p>
    <w:p w14:paraId="52762352" w14:textId="77777777" w:rsidR="001B4F3B" w:rsidRDefault="00000000">
      <w:pPr>
        <w:pStyle w:val="berschrift1"/>
      </w:pPr>
      <w:r>
        <w:t>1. Was ist gerade dein eigentliches Thema?</w:t>
      </w:r>
    </w:p>
    <w:p w14:paraId="1935D037" w14:textId="77777777" w:rsidR="001B4F3B" w:rsidRDefault="00000000">
      <w:pPr>
        <w:rPr>
          <w:rFonts w:hint="eastAsia"/>
        </w:rPr>
      </w:pPr>
      <w:r>
        <w:rPr>
          <w:b/>
        </w:rPr>
        <w:t>Was beschäftigt oder belastet dich im Moment am meisten?</w:t>
      </w:r>
    </w:p>
    <w:p w14:paraId="40819623" w14:textId="77777777" w:rsidR="001B4F3B" w:rsidRDefault="00000000">
      <w:pPr>
        <w:spacing w:after="20"/>
        <w:rPr>
          <w:rFonts w:hint="eastAsia"/>
        </w:rPr>
      </w:pPr>
      <w:r>
        <w:rPr>
          <w:color w:val="B5B5B5"/>
          <w:sz w:val="18"/>
        </w:rPr>
        <w:t>________________________________________________________________________________</w:t>
      </w:r>
    </w:p>
    <w:p w14:paraId="4669937B" w14:textId="77777777" w:rsidR="001B4F3B" w:rsidRDefault="00000000">
      <w:pPr>
        <w:spacing w:after="20"/>
        <w:rPr>
          <w:rFonts w:hint="eastAsia"/>
        </w:rPr>
      </w:pPr>
      <w:r>
        <w:rPr>
          <w:color w:val="B5B5B5"/>
          <w:sz w:val="18"/>
        </w:rPr>
        <w:t>________________________________________________________________________________</w:t>
      </w:r>
    </w:p>
    <w:p w14:paraId="5B4BBC8F" w14:textId="77777777" w:rsidR="001B4F3B" w:rsidRDefault="00000000">
      <w:pPr>
        <w:spacing w:after="20"/>
        <w:rPr>
          <w:rFonts w:hint="eastAsia"/>
        </w:rPr>
      </w:pPr>
      <w:r>
        <w:rPr>
          <w:color w:val="B5B5B5"/>
          <w:sz w:val="18"/>
        </w:rPr>
        <w:t>________________________________________________________________________________</w:t>
      </w:r>
    </w:p>
    <w:p w14:paraId="038DA2DA" w14:textId="77777777" w:rsidR="001B4F3B" w:rsidRDefault="00000000">
      <w:pPr>
        <w:rPr>
          <w:rFonts w:hint="eastAsia"/>
        </w:rPr>
      </w:pPr>
      <w:r>
        <w:rPr>
          <w:b/>
        </w:rPr>
        <w:t>Was möchtest du durch das Coaching für dich verändern oder besser verstehen?</w:t>
      </w:r>
    </w:p>
    <w:p w14:paraId="6BAD440F" w14:textId="77777777" w:rsidR="001B4F3B" w:rsidRDefault="00000000">
      <w:pPr>
        <w:spacing w:after="20"/>
        <w:rPr>
          <w:rFonts w:hint="eastAsia"/>
        </w:rPr>
      </w:pPr>
      <w:r>
        <w:rPr>
          <w:color w:val="B5B5B5"/>
          <w:sz w:val="18"/>
        </w:rPr>
        <w:t>________________________________________________________________________________</w:t>
      </w:r>
    </w:p>
    <w:p w14:paraId="7118DC7F" w14:textId="77777777" w:rsidR="001B4F3B" w:rsidRDefault="00000000">
      <w:pPr>
        <w:spacing w:after="20"/>
        <w:rPr>
          <w:rFonts w:hint="eastAsia"/>
        </w:rPr>
      </w:pPr>
      <w:r>
        <w:rPr>
          <w:color w:val="B5B5B5"/>
          <w:sz w:val="18"/>
        </w:rPr>
        <w:t>________________________________________________________________________________</w:t>
      </w:r>
    </w:p>
    <w:p w14:paraId="61CFE773" w14:textId="77777777" w:rsidR="001B4F3B" w:rsidRDefault="00000000">
      <w:pPr>
        <w:spacing w:after="20"/>
        <w:rPr>
          <w:rFonts w:hint="eastAsia"/>
        </w:rPr>
      </w:pPr>
      <w:r>
        <w:rPr>
          <w:color w:val="B5B5B5"/>
          <w:sz w:val="18"/>
        </w:rPr>
        <w:t>________________________________________________________________________________</w:t>
      </w:r>
    </w:p>
    <w:p w14:paraId="7FEF1598" w14:textId="77777777" w:rsidR="001B4F3B" w:rsidRDefault="00000000">
      <w:pPr>
        <w:pStyle w:val="berschrift1"/>
      </w:pPr>
      <w:r>
        <w:t>2. U – Umstand: Was ist tatsächlich passiert?</w:t>
      </w:r>
    </w:p>
    <w:p w14:paraId="121C5ADD" w14:textId="77777777" w:rsidR="001B4F3B" w:rsidRDefault="00000000">
      <w:pPr>
        <w:rPr>
          <w:rFonts w:hint="eastAsia"/>
        </w:rPr>
      </w:pPr>
      <w:r>
        <w:rPr>
          <w:i/>
          <w:color w:val="666666"/>
        </w:rPr>
        <w:t>Versuche hier zunächst nur die beobachtbaren Fakten aufzuschreiben – noch ohne Bewertung oder Interpretation.</w:t>
      </w:r>
    </w:p>
    <w:p w14:paraId="64D68076" w14:textId="77777777" w:rsidR="001B4F3B" w:rsidRDefault="00000000">
      <w:pPr>
        <w:rPr>
          <w:rFonts w:hint="eastAsia"/>
        </w:rPr>
      </w:pPr>
      <w:r>
        <w:rPr>
          <w:b/>
        </w:rPr>
        <w:t>Was ist konkret passiert?</w:t>
      </w:r>
    </w:p>
    <w:p w14:paraId="140B2734" w14:textId="77777777" w:rsidR="001B4F3B" w:rsidRDefault="00000000">
      <w:pPr>
        <w:spacing w:after="20"/>
        <w:rPr>
          <w:rFonts w:hint="eastAsia"/>
        </w:rPr>
      </w:pPr>
      <w:r>
        <w:rPr>
          <w:color w:val="B5B5B5"/>
          <w:sz w:val="18"/>
        </w:rPr>
        <w:t>________________________________________________________________________________</w:t>
      </w:r>
    </w:p>
    <w:p w14:paraId="0AEBC4CB" w14:textId="77777777" w:rsidR="001B4F3B" w:rsidRDefault="00000000">
      <w:pPr>
        <w:spacing w:after="20"/>
        <w:rPr>
          <w:rFonts w:hint="eastAsia"/>
        </w:rPr>
      </w:pPr>
      <w:r>
        <w:rPr>
          <w:color w:val="B5B5B5"/>
          <w:sz w:val="18"/>
        </w:rPr>
        <w:t>________________________________________________________________________________</w:t>
      </w:r>
    </w:p>
    <w:p w14:paraId="11E95D7D" w14:textId="77777777" w:rsidR="001B4F3B" w:rsidRDefault="00000000">
      <w:pPr>
        <w:spacing w:after="20"/>
        <w:rPr>
          <w:rFonts w:hint="eastAsia"/>
        </w:rPr>
      </w:pPr>
      <w:r>
        <w:rPr>
          <w:color w:val="B5B5B5"/>
          <w:sz w:val="18"/>
        </w:rPr>
        <w:t>________________________________________________________________________________</w:t>
      </w:r>
    </w:p>
    <w:p w14:paraId="40B451A9" w14:textId="77777777" w:rsidR="001B4F3B" w:rsidRDefault="00000000">
      <w:pPr>
        <w:rPr>
          <w:rFonts w:hint="eastAsia"/>
        </w:rPr>
      </w:pPr>
      <w:r>
        <w:rPr>
          <w:b/>
        </w:rPr>
        <w:t>Seit wann besteht diese Situation?</w:t>
      </w:r>
    </w:p>
    <w:p w14:paraId="60ADA4A6" w14:textId="77777777" w:rsidR="001B4F3B" w:rsidRDefault="00000000">
      <w:pPr>
        <w:spacing w:after="20"/>
        <w:rPr>
          <w:rFonts w:hint="eastAsia"/>
        </w:rPr>
      </w:pPr>
      <w:r>
        <w:rPr>
          <w:color w:val="B5B5B5"/>
          <w:sz w:val="18"/>
        </w:rPr>
        <w:t>________________________________________________________________________________</w:t>
      </w:r>
    </w:p>
    <w:p w14:paraId="00924F7F" w14:textId="77777777" w:rsidR="001B4F3B" w:rsidRDefault="00000000">
      <w:pPr>
        <w:rPr>
          <w:rFonts w:hint="eastAsia"/>
        </w:rPr>
      </w:pPr>
      <w:r>
        <w:rPr>
          <w:b/>
        </w:rPr>
        <w:t>Was würde eine außenstehende Person als reine Tatsache beschreiben?</w:t>
      </w:r>
    </w:p>
    <w:p w14:paraId="080070CA" w14:textId="77777777" w:rsidR="001B4F3B" w:rsidRDefault="00000000">
      <w:pPr>
        <w:spacing w:after="20"/>
        <w:rPr>
          <w:rFonts w:hint="eastAsia"/>
        </w:rPr>
      </w:pPr>
      <w:r>
        <w:rPr>
          <w:color w:val="B5B5B5"/>
          <w:sz w:val="18"/>
        </w:rPr>
        <w:t>________________________________________________________________________________</w:t>
      </w:r>
    </w:p>
    <w:p w14:paraId="13F3AAF6" w14:textId="77777777" w:rsidR="001B4F3B" w:rsidRDefault="00000000">
      <w:pPr>
        <w:spacing w:after="20"/>
        <w:rPr>
          <w:rFonts w:hint="eastAsia"/>
        </w:rPr>
      </w:pPr>
      <w:r>
        <w:rPr>
          <w:color w:val="B5B5B5"/>
          <w:sz w:val="18"/>
        </w:rPr>
        <w:t>________________________________________________________________________________</w:t>
      </w:r>
    </w:p>
    <w:p w14:paraId="05F2597A" w14:textId="77777777" w:rsidR="001B4F3B" w:rsidRDefault="00000000">
      <w:pPr>
        <w:pStyle w:val="berschrift1"/>
      </w:pPr>
      <w:r>
        <w:t>3. G – Gedanken: Welche Geschichte läuft in deinem Kopf?</w:t>
      </w:r>
    </w:p>
    <w:p w14:paraId="3D5F5EB2" w14:textId="77777777" w:rsidR="001B4F3B" w:rsidRDefault="00000000">
      <w:pPr>
        <w:rPr>
          <w:rFonts w:hint="eastAsia"/>
        </w:rPr>
      </w:pPr>
      <w:r>
        <w:rPr>
          <w:b/>
        </w:rPr>
        <w:t>Was ist der erste Satz, der dir durch den Kopf geht, wenn du an diese Situation denkst?</w:t>
      </w:r>
    </w:p>
    <w:p w14:paraId="0EC0ABCB" w14:textId="77777777" w:rsidR="001B4F3B" w:rsidRDefault="00000000">
      <w:pPr>
        <w:spacing w:after="20"/>
        <w:rPr>
          <w:rFonts w:hint="eastAsia"/>
        </w:rPr>
      </w:pPr>
      <w:r>
        <w:rPr>
          <w:color w:val="B5B5B5"/>
          <w:sz w:val="18"/>
        </w:rPr>
        <w:t>________________________________________________________________________________</w:t>
      </w:r>
    </w:p>
    <w:p w14:paraId="108B53BB" w14:textId="77777777" w:rsidR="001B4F3B" w:rsidRDefault="00000000">
      <w:pPr>
        <w:spacing w:after="20"/>
        <w:rPr>
          <w:rFonts w:hint="eastAsia"/>
        </w:rPr>
      </w:pPr>
      <w:r>
        <w:rPr>
          <w:color w:val="B5B5B5"/>
          <w:sz w:val="18"/>
        </w:rPr>
        <w:t>________________________________________________________________________________</w:t>
      </w:r>
    </w:p>
    <w:p w14:paraId="4C17DD43" w14:textId="77777777" w:rsidR="001B4F3B" w:rsidRDefault="00000000">
      <w:pPr>
        <w:rPr>
          <w:rFonts w:hint="eastAsia"/>
        </w:rPr>
      </w:pPr>
      <w:r>
        <w:rPr>
          <w:b/>
        </w:rPr>
        <w:t>Was glaubst du, bedeutet diese Situation über dich?</w:t>
      </w:r>
    </w:p>
    <w:p w14:paraId="4A90333F" w14:textId="77777777" w:rsidR="001B4F3B" w:rsidRDefault="00000000">
      <w:pPr>
        <w:spacing w:after="20"/>
        <w:rPr>
          <w:rFonts w:hint="eastAsia"/>
        </w:rPr>
      </w:pPr>
      <w:r>
        <w:rPr>
          <w:color w:val="B5B5B5"/>
          <w:sz w:val="18"/>
        </w:rPr>
        <w:t>________________________________________________________________________________</w:t>
      </w:r>
    </w:p>
    <w:p w14:paraId="190AE4E9" w14:textId="77777777" w:rsidR="001B4F3B" w:rsidRDefault="00000000">
      <w:pPr>
        <w:spacing w:after="20"/>
        <w:rPr>
          <w:rFonts w:hint="eastAsia"/>
        </w:rPr>
      </w:pPr>
      <w:r>
        <w:rPr>
          <w:color w:val="B5B5B5"/>
          <w:sz w:val="18"/>
        </w:rPr>
        <w:t>________________________________________________________________________________</w:t>
      </w:r>
    </w:p>
    <w:p w14:paraId="51FC7D22" w14:textId="77777777" w:rsidR="001B4F3B" w:rsidRDefault="00000000">
      <w:pPr>
        <w:rPr>
          <w:rFonts w:hint="eastAsia"/>
        </w:rPr>
      </w:pPr>
      <w:r>
        <w:rPr>
          <w:b/>
        </w:rPr>
        <w:t>Was glaubst du, bedeutet sie über deinen Partner / Ex-Partner oder die andere Person?</w:t>
      </w:r>
    </w:p>
    <w:p w14:paraId="5E596DEC" w14:textId="77777777" w:rsidR="001B4F3B" w:rsidRDefault="00000000">
      <w:pPr>
        <w:spacing w:after="20"/>
        <w:rPr>
          <w:rFonts w:hint="eastAsia"/>
        </w:rPr>
      </w:pPr>
      <w:r>
        <w:rPr>
          <w:color w:val="B5B5B5"/>
          <w:sz w:val="18"/>
        </w:rPr>
        <w:t>________________________________________________________________________________</w:t>
      </w:r>
    </w:p>
    <w:p w14:paraId="27DAD825" w14:textId="77777777" w:rsidR="001B4F3B" w:rsidRDefault="00000000">
      <w:pPr>
        <w:spacing w:after="20"/>
        <w:rPr>
          <w:rFonts w:hint="eastAsia"/>
        </w:rPr>
      </w:pPr>
      <w:r>
        <w:rPr>
          <w:color w:val="B5B5B5"/>
          <w:sz w:val="18"/>
        </w:rPr>
        <w:t>________________________________________________________________________________</w:t>
      </w:r>
    </w:p>
    <w:p w14:paraId="11A2BC04" w14:textId="77777777" w:rsidR="001B4F3B" w:rsidRDefault="00000000">
      <w:pPr>
        <w:rPr>
          <w:rFonts w:hint="eastAsia"/>
        </w:rPr>
      </w:pPr>
      <w:r>
        <w:rPr>
          <w:b/>
        </w:rPr>
        <w:lastRenderedPageBreak/>
        <w:t>Welche Gedanken wiederholen sich besonders häufig?</w:t>
      </w:r>
    </w:p>
    <w:p w14:paraId="2B139E40" w14:textId="77777777" w:rsidR="001B4F3B" w:rsidRDefault="00000000">
      <w:pPr>
        <w:spacing w:after="20"/>
        <w:rPr>
          <w:rFonts w:hint="eastAsia"/>
        </w:rPr>
      </w:pPr>
      <w:r>
        <w:rPr>
          <w:color w:val="B5B5B5"/>
          <w:sz w:val="18"/>
        </w:rPr>
        <w:t>________________________________________________________________________________</w:t>
      </w:r>
    </w:p>
    <w:p w14:paraId="2AAACAF4" w14:textId="77777777" w:rsidR="001B4F3B" w:rsidRDefault="00000000">
      <w:pPr>
        <w:spacing w:after="20"/>
        <w:rPr>
          <w:rFonts w:hint="eastAsia"/>
        </w:rPr>
      </w:pPr>
      <w:r>
        <w:rPr>
          <w:color w:val="B5B5B5"/>
          <w:sz w:val="18"/>
        </w:rPr>
        <w:t>________________________________________________________________________________</w:t>
      </w:r>
    </w:p>
    <w:p w14:paraId="7538B3FA" w14:textId="77777777" w:rsidR="001B4F3B" w:rsidRDefault="00000000">
      <w:pPr>
        <w:rPr>
          <w:rFonts w:hint="eastAsia"/>
        </w:rPr>
      </w:pPr>
      <w:r>
        <w:rPr>
          <w:b/>
        </w:rPr>
        <w:t>„Ich habe Angst, dass …“</w:t>
      </w:r>
    </w:p>
    <w:p w14:paraId="1B5D66A6" w14:textId="77777777" w:rsidR="001B4F3B" w:rsidRDefault="00000000">
      <w:pPr>
        <w:spacing w:after="20"/>
        <w:rPr>
          <w:rFonts w:hint="eastAsia"/>
        </w:rPr>
      </w:pPr>
      <w:r>
        <w:rPr>
          <w:color w:val="B5B5B5"/>
          <w:sz w:val="18"/>
        </w:rPr>
        <w:t>________________________________________________________________________________</w:t>
      </w:r>
    </w:p>
    <w:p w14:paraId="6937A646" w14:textId="77777777" w:rsidR="001B4F3B" w:rsidRDefault="00000000">
      <w:pPr>
        <w:spacing w:after="20"/>
        <w:rPr>
          <w:rFonts w:hint="eastAsia"/>
        </w:rPr>
      </w:pPr>
      <w:r>
        <w:rPr>
          <w:color w:val="B5B5B5"/>
          <w:sz w:val="18"/>
        </w:rPr>
        <w:t>________________________________________________________________________________</w:t>
      </w:r>
    </w:p>
    <w:p w14:paraId="16F2BF92" w14:textId="77777777" w:rsidR="001B4F3B" w:rsidRDefault="00000000">
      <w:pPr>
        <w:rPr>
          <w:rFonts w:hint="eastAsia"/>
        </w:rPr>
      </w:pPr>
      <w:r>
        <w:rPr>
          <w:b/>
        </w:rPr>
        <w:t>„Wenn ich ganz ehrlich bin, glaube ich …“</w:t>
      </w:r>
    </w:p>
    <w:p w14:paraId="79AC0C57" w14:textId="77777777" w:rsidR="001B4F3B" w:rsidRDefault="00000000">
      <w:pPr>
        <w:spacing w:after="20"/>
        <w:rPr>
          <w:rFonts w:hint="eastAsia"/>
        </w:rPr>
      </w:pPr>
      <w:r>
        <w:rPr>
          <w:color w:val="B5B5B5"/>
          <w:sz w:val="18"/>
        </w:rPr>
        <w:t>________________________________________________________________________________</w:t>
      </w:r>
    </w:p>
    <w:p w14:paraId="586270AC" w14:textId="77777777" w:rsidR="001B4F3B" w:rsidRDefault="00000000">
      <w:pPr>
        <w:spacing w:after="20"/>
        <w:rPr>
          <w:rFonts w:hint="eastAsia"/>
        </w:rPr>
      </w:pPr>
      <w:r>
        <w:rPr>
          <w:color w:val="B5B5B5"/>
          <w:sz w:val="18"/>
        </w:rPr>
        <w:t>________________________________________________________________________________</w:t>
      </w:r>
    </w:p>
    <w:p w14:paraId="5389551E" w14:textId="77777777" w:rsidR="001B4F3B" w:rsidRDefault="00000000">
      <w:pPr>
        <w:rPr>
          <w:rFonts w:hint="eastAsia"/>
        </w:rPr>
      </w:pPr>
      <w:r>
        <w:rPr>
          <w:b/>
        </w:rPr>
        <w:t>„Das Schlimmste daran wäre für mich …“</w:t>
      </w:r>
    </w:p>
    <w:p w14:paraId="5693498C" w14:textId="77777777" w:rsidR="001B4F3B" w:rsidRDefault="00000000">
      <w:pPr>
        <w:spacing w:after="20"/>
        <w:rPr>
          <w:rFonts w:hint="eastAsia"/>
        </w:rPr>
      </w:pPr>
      <w:r>
        <w:rPr>
          <w:color w:val="B5B5B5"/>
          <w:sz w:val="18"/>
        </w:rPr>
        <w:t>________________________________________________________________________________</w:t>
      </w:r>
    </w:p>
    <w:p w14:paraId="6B795E0B" w14:textId="77777777" w:rsidR="001B4F3B" w:rsidRDefault="00000000">
      <w:pPr>
        <w:spacing w:after="20"/>
        <w:rPr>
          <w:rFonts w:hint="eastAsia"/>
        </w:rPr>
      </w:pPr>
      <w:r>
        <w:rPr>
          <w:color w:val="B5B5B5"/>
          <w:sz w:val="18"/>
        </w:rPr>
        <w:t>________________________________________________________________________________</w:t>
      </w:r>
    </w:p>
    <w:p w14:paraId="2A19B233" w14:textId="77777777" w:rsidR="001B4F3B" w:rsidRDefault="00000000">
      <w:pPr>
        <w:pStyle w:val="berschrift1"/>
      </w:pPr>
      <w:r>
        <w:t>4. G – Gefühle: Was lösen diese Gedanken in dir aus?</w:t>
      </w:r>
    </w:p>
    <w:p w14:paraId="36D61F13" w14:textId="77777777" w:rsidR="001B4F3B" w:rsidRDefault="00000000">
      <w:pPr>
        <w:spacing w:after="120"/>
        <w:rPr>
          <w:rFonts w:hint="eastAsia"/>
        </w:rPr>
      </w:pPr>
      <w:r>
        <w:t>☐ Traurigkeit</w:t>
      </w:r>
      <w:r>
        <w:br/>
        <w:t>☐ Angst</w:t>
      </w:r>
      <w:r>
        <w:br/>
        <w:t>☐ Wut</w:t>
      </w:r>
      <w:r>
        <w:br/>
        <w:t>☐ Einsamkeit</w:t>
      </w:r>
      <w:r>
        <w:br/>
        <w:t>☐ Enttäuschung</w:t>
      </w:r>
      <w:r>
        <w:br/>
        <w:t>☐ Schuld</w:t>
      </w:r>
      <w:r>
        <w:br/>
        <w:t>☐ Scham</w:t>
      </w:r>
      <w:r>
        <w:br/>
        <w:t>☐ Hilflosigkeit</w:t>
      </w:r>
      <w:r>
        <w:br/>
        <w:t>☐ Hoffnung</w:t>
      </w:r>
      <w:r>
        <w:br/>
        <w:t>☐ Eifersucht</w:t>
      </w:r>
      <w:r>
        <w:br/>
        <w:t>☐ Sehnsucht</w:t>
      </w:r>
      <w:r>
        <w:br/>
        <w:t>☐ innere Unruhe</w:t>
      </w:r>
      <w:r>
        <w:br/>
        <w:t>☐ Erschöpfung</w:t>
      </w:r>
      <w:r>
        <w:br/>
        <w:t>☐ anderes: __________________________</w:t>
      </w:r>
    </w:p>
    <w:p w14:paraId="4F72FFDB" w14:textId="77777777" w:rsidR="001B4F3B" w:rsidRDefault="00000000">
      <w:pPr>
        <w:rPr>
          <w:rFonts w:hint="eastAsia"/>
        </w:rPr>
      </w:pPr>
      <w:r>
        <w:rPr>
          <w:b/>
        </w:rPr>
        <w:t>Welches Gefühl ist momentan am stärksten?</w:t>
      </w:r>
    </w:p>
    <w:p w14:paraId="09CE5A3D" w14:textId="77777777" w:rsidR="001B4F3B" w:rsidRDefault="00000000">
      <w:pPr>
        <w:spacing w:after="20"/>
        <w:rPr>
          <w:rFonts w:hint="eastAsia"/>
        </w:rPr>
      </w:pPr>
      <w:r>
        <w:rPr>
          <w:color w:val="B5B5B5"/>
          <w:sz w:val="18"/>
        </w:rPr>
        <w:t>________________________________________________________________________________</w:t>
      </w:r>
    </w:p>
    <w:p w14:paraId="4C689C4B" w14:textId="77777777" w:rsidR="001B4F3B" w:rsidRDefault="00000000">
      <w:pPr>
        <w:rPr>
          <w:rFonts w:hint="eastAsia"/>
        </w:rPr>
      </w:pPr>
      <w:r>
        <w:rPr>
          <w:b/>
        </w:rPr>
        <w:t xml:space="preserve">Wie stark ist dieses Gefühl von 0–10?   </w:t>
      </w:r>
      <w:r>
        <w:t>0   1   2   3   4   5   6   7   8   9   10</w:t>
      </w:r>
    </w:p>
    <w:p w14:paraId="6440C3AF" w14:textId="77777777" w:rsidR="001B4F3B" w:rsidRDefault="00000000">
      <w:pPr>
        <w:pStyle w:val="berschrift1"/>
      </w:pPr>
      <w:r>
        <w:t>5. H – Handlungen: Was tust du aufgrund dieser Gefühle?</w:t>
      </w:r>
    </w:p>
    <w:p w14:paraId="239FF3A2" w14:textId="77777777" w:rsidR="001B4F3B" w:rsidRDefault="00000000">
      <w:pPr>
        <w:spacing w:after="120"/>
        <w:rPr>
          <w:rFonts w:hint="eastAsia"/>
        </w:rPr>
      </w:pPr>
      <w:r>
        <w:t>☐ Ich ziehe mich zurück.</w:t>
      </w:r>
      <w:r>
        <w:br/>
        <w:t>☐ Ich grüble sehr viel.</w:t>
      </w:r>
      <w:r>
        <w:br/>
        <w:t>☐ Ich suche Kontakt zu meinem Partner / Ex-Partner.</w:t>
      </w:r>
      <w:r>
        <w:br/>
        <w:t>☐ Ich kontrolliere Nachrichten oder Social Media.</w:t>
      </w:r>
      <w:r>
        <w:br/>
        <w:t>☐ Ich sage Treffen oder Unternehmungen ab.</w:t>
      </w:r>
      <w:r>
        <w:br/>
        <w:t>☐ Ich vermeide Konflikte.</w:t>
      </w:r>
      <w:r>
        <w:br/>
        <w:t>☐ Ich passe mich an.</w:t>
      </w:r>
      <w:r>
        <w:br/>
        <w:t>☐ Ich werde wütend oder gehe in den Angriff.</w:t>
      </w:r>
      <w:r>
        <w:br/>
        <w:t>☐ Ich beende die Beziehung und gehe später wieder zurück.</w:t>
      </w:r>
      <w:r>
        <w:br/>
        <w:t>☐ Ich suche ständig nach Erklärungen.</w:t>
      </w:r>
      <w:r>
        <w:br/>
      </w:r>
      <w:r>
        <w:lastRenderedPageBreak/>
        <w:t>☐ Ich vernachlässige meine eigenen Bedürfnisse.</w:t>
      </w:r>
      <w:r>
        <w:br/>
        <w:t>☐ anderes: __________________________________________</w:t>
      </w:r>
    </w:p>
    <w:p w14:paraId="4A524646" w14:textId="77777777" w:rsidR="001B4F3B" w:rsidRDefault="00000000">
      <w:pPr>
        <w:rPr>
          <w:rFonts w:hint="eastAsia"/>
        </w:rPr>
      </w:pPr>
      <w:r>
        <w:rPr>
          <w:b/>
        </w:rPr>
        <w:t>Was tust du, obwohl du eigentlich weißt, dass es dir nicht guttut?</w:t>
      </w:r>
    </w:p>
    <w:p w14:paraId="515EBCA7" w14:textId="77777777" w:rsidR="001B4F3B" w:rsidRDefault="00000000">
      <w:pPr>
        <w:spacing w:after="20"/>
        <w:rPr>
          <w:rFonts w:hint="eastAsia"/>
        </w:rPr>
      </w:pPr>
      <w:r>
        <w:rPr>
          <w:color w:val="B5B5B5"/>
          <w:sz w:val="18"/>
        </w:rPr>
        <w:t>________________________________________________________________________________</w:t>
      </w:r>
    </w:p>
    <w:p w14:paraId="3A78289D" w14:textId="77777777" w:rsidR="001B4F3B" w:rsidRDefault="00000000">
      <w:pPr>
        <w:spacing w:after="20"/>
        <w:rPr>
          <w:rFonts w:hint="eastAsia"/>
        </w:rPr>
      </w:pPr>
      <w:r>
        <w:rPr>
          <w:color w:val="B5B5B5"/>
          <w:sz w:val="18"/>
        </w:rPr>
        <w:t>________________________________________________________________________________</w:t>
      </w:r>
    </w:p>
    <w:p w14:paraId="2EBACFA0" w14:textId="77777777" w:rsidR="001B4F3B" w:rsidRDefault="00000000">
      <w:pPr>
        <w:rPr>
          <w:rFonts w:hint="eastAsia"/>
        </w:rPr>
      </w:pPr>
      <w:r>
        <w:rPr>
          <w:b/>
        </w:rPr>
        <w:t>Was tust du NICHT mehr, obwohl es dir früher gutgetan hat?</w:t>
      </w:r>
    </w:p>
    <w:p w14:paraId="4FBBF6A1" w14:textId="77777777" w:rsidR="001B4F3B" w:rsidRDefault="00000000">
      <w:pPr>
        <w:spacing w:after="20"/>
        <w:rPr>
          <w:rFonts w:hint="eastAsia"/>
        </w:rPr>
      </w:pPr>
      <w:r>
        <w:rPr>
          <w:color w:val="B5B5B5"/>
          <w:sz w:val="18"/>
        </w:rPr>
        <w:t>________________________________________________________________________________</w:t>
      </w:r>
    </w:p>
    <w:p w14:paraId="78F15F98" w14:textId="77777777" w:rsidR="001B4F3B" w:rsidRDefault="00000000">
      <w:pPr>
        <w:spacing w:after="20"/>
        <w:rPr>
          <w:rFonts w:hint="eastAsia"/>
        </w:rPr>
      </w:pPr>
      <w:r>
        <w:rPr>
          <w:color w:val="B5B5B5"/>
          <w:sz w:val="18"/>
        </w:rPr>
        <w:t>________________________________________________________________________________</w:t>
      </w:r>
    </w:p>
    <w:p w14:paraId="5EED33A4" w14:textId="77777777" w:rsidR="001B4F3B" w:rsidRDefault="00000000">
      <w:pPr>
        <w:pStyle w:val="berschrift1"/>
      </w:pPr>
      <w:r>
        <w:t>6. E – Ergebnis: Wo bringt dich dieses Verhalten hin?</w:t>
      </w:r>
    </w:p>
    <w:p w14:paraId="4CE30A4C" w14:textId="77777777" w:rsidR="001B4F3B" w:rsidRDefault="00000000">
      <w:pPr>
        <w:rPr>
          <w:rFonts w:hint="eastAsia"/>
        </w:rPr>
      </w:pPr>
      <w:r>
        <w:rPr>
          <w:b/>
        </w:rPr>
        <w:t>Was ist momentan das Ergebnis deines Verhaltens?</w:t>
      </w:r>
    </w:p>
    <w:p w14:paraId="3D0ED8C8" w14:textId="77777777" w:rsidR="001B4F3B" w:rsidRDefault="00000000">
      <w:pPr>
        <w:spacing w:after="20"/>
        <w:rPr>
          <w:rFonts w:hint="eastAsia"/>
        </w:rPr>
      </w:pPr>
      <w:r>
        <w:rPr>
          <w:color w:val="B5B5B5"/>
          <w:sz w:val="18"/>
        </w:rPr>
        <w:t>________________________________________________________________________________</w:t>
      </w:r>
    </w:p>
    <w:p w14:paraId="7D9F3BF5" w14:textId="77777777" w:rsidR="001B4F3B" w:rsidRDefault="00000000">
      <w:pPr>
        <w:spacing w:after="20"/>
        <w:rPr>
          <w:rFonts w:hint="eastAsia"/>
        </w:rPr>
      </w:pPr>
      <w:r>
        <w:rPr>
          <w:color w:val="B5B5B5"/>
          <w:sz w:val="18"/>
        </w:rPr>
        <w:t>________________________________________________________________________________</w:t>
      </w:r>
    </w:p>
    <w:p w14:paraId="60CC14E5" w14:textId="77777777" w:rsidR="001B4F3B" w:rsidRDefault="00000000">
      <w:pPr>
        <w:rPr>
          <w:rFonts w:hint="eastAsia"/>
        </w:rPr>
      </w:pPr>
      <w:r>
        <w:rPr>
          <w:b/>
        </w:rPr>
        <w:t>Bestätigt dieses Ergebnis vielleicht einen Gedanken, den du ohnehin schon über dich hast? Wenn ja: welchen?</w:t>
      </w:r>
    </w:p>
    <w:p w14:paraId="104A8ECE" w14:textId="77777777" w:rsidR="001B4F3B" w:rsidRDefault="00000000">
      <w:pPr>
        <w:spacing w:after="20"/>
        <w:rPr>
          <w:rFonts w:hint="eastAsia"/>
        </w:rPr>
      </w:pPr>
      <w:r>
        <w:rPr>
          <w:color w:val="B5B5B5"/>
          <w:sz w:val="18"/>
        </w:rPr>
        <w:t>________________________________________________________________________________</w:t>
      </w:r>
    </w:p>
    <w:p w14:paraId="175520BF" w14:textId="77777777" w:rsidR="001B4F3B" w:rsidRDefault="00000000">
      <w:pPr>
        <w:spacing w:after="20"/>
        <w:rPr>
          <w:rFonts w:hint="eastAsia"/>
        </w:rPr>
      </w:pPr>
      <w:r>
        <w:rPr>
          <w:color w:val="B5B5B5"/>
          <w:sz w:val="18"/>
        </w:rPr>
        <w:t>________________________________________________________________________________</w:t>
      </w:r>
    </w:p>
    <w:p w14:paraId="37D603CC" w14:textId="77777777" w:rsidR="001B4F3B" w:rsidRDefault="00000000">
      <w:pPr>
        <w:rPr>
          <w:rFonts w:hint="eastAsia"/>
        </w:rPr>
      </w:pPr>
      <w:r>
        <w:rPr>
          <w:b/>
        </w:rPr>
        <w:t>Wenn sich nichts verändert: Wie sieht dein Leben in einem Jahr aus?</w:t>
      </w:r>
    </w:p>
    <w:p w14:paraId="285C7CBB" w14:textId="77777777" w:rsidR="001B4F3B" w:rsidRDefault="00000000">
      <w:pPr>
        <w:spacing w:after="20"/>
        <w:rPr>
          <w:rFonts w:hint="eastAsia"/>
        </w:rPr>
      </w:pPr>
      <w:r>
        <w:rPr>
          <w:color w:val="B5B5B5"/>
          <w:sz w:val="18"/>
        </w:rPr>
        <w:t>________________________________________________________________________________</w:t>
      </w:r>
    </w:p>
    <w:p w14:paraId="7F29E0AE" w14:textId="77777777" w:rsidR="001B4F3B" w:rsidRDefault="00000000">
      <w:pPr>
        <w:spacing w:after="20"/>
        <w:rPr>
          <w:rFonts w:hint="eastAsia"/>
        </w:rPr>
      </w:pPr>
      <w:r>
        <w:rPr>
          <w:color w:val="B5B5B5"/>
          <w:sz w:val="18"/>
        </w:rPr>
        <w:t>________________________________________________________________________________</w:t>
      </w:r>
    </w:p>
    <w:p w14:paraId="049D6FBF" w14:textId="77777777" w:rsidR="001B4F3B" w:rsidRDefault="00000000">
      <w:pPr>
        <w:spacing w:after="20"/>
        <w:rPr>
          <w:rFonts w:hint="eastAsia"/>
        </w:rPr>
      </w:pPr>
      <w:r>
        <w:rPr>
          <w:color w:val="B5B5B5"/>
          <w:sz w:val="18"/>
        </w:rPr>
        <w:t>________________________________________________________________________________</w:t>
      </w:r>
    </w:p>
    <w:p w14:paraId="26D4A1AB" w14:textId="77777777" w:rsidR="001B4F3B" w:rsidRDefault="00000000">
      <w:pPr>
        <w:pStyle w:val="berschrift1"/>
      </w:pPr>
      <w:r>
        <w:t>7. Deine aktuelle Coaching-Schleife</w:t>
      </w:r>
    </w:p>
    <w:p w14:paraId="464AE833" w14:textId="77777777" w:rsidR="001B4F3B" w:rsidRDefault="00000000">
      <w:pPr>
        <w:rPr>
          <w:rFonts w:hint="eastAsia"/>
        </w:rPr>
      </w:pPr>
      <w:r>
        <w:rPr>
          <w:i/>
        </w:rPr>
        <w:t>Trage deine persönliche Kette möglichst kurz ein:</w:t>
      </w:r>
    </w:p>
    <w:tbl>
      <w:tblPr>
        <w:tblStyle w:val="Tabellenraster"/>
        <w:tblW w:w="0" w:type="auto"/>
        <w:jc w:val="center"/>
        <w:tblLook w:val="04A0" w:firstRow="1" w:lastRow="0" w:firstColumn="1" w:lastColumn="0" w:noHBand="0" w:noVBand="1"/>
      </w:tblPr>
      <w:tblGrid>
        <w:gridCol w:w="4540"/>
        <w:gridCol w:w="5650"/>
      </w:tblGrid>
      <w:tr w:rsidR="001B4F3B" w14:paraId="519C8676" w14:textId="77777777">
        <w:trPr>
          <w:jc w:val="center"/>
        </w:trPr>
        <w:tc>
          <w:tcPr>
            <w:tcW w:w="5100" w:type="dxa"/>
            <w:shd w:val="clear" w:color="auto" w:fill="F7EEEE"/>
            <w:tcMar>
              <w:top w:w="100" w:type="dxa"/>
              <w:left w:w="120" w:type="dxa"/>
              <w:bottom w:w="100" w:type="dxa"/>
              <w:right w:w="120" w:type="dxa"/>
            </w:tcMar>
            <w:vAlign w:val="center"/>
          </w:tcPr>
          <w:p w14:paraId="42BAC684" w14:textId="77777777" w:rsidR="001B4F3B" w:rsidRDefault="00000000">
            <w:pPr>
              <w:rPr>
                <w:rFonts w:hint="eastAsia"/>
              </w:rPr>
            </w:pPr>
            <w:r>
              <w:rPr>
                <w:b/>
              </w:rPr>
              <w:t>UMSTAND</w:t>
            </w:r>
          </w:p>
        </w:tc>
        <w:tc>
          <w:tcPr>
            <w:tcW w:w="5100" w:type="dxa"/>
            <w:tcMar>
              <w:top w:w="100" w:type="dxa"/>
              <w:left w:w="120" w:type="dxa"/>
              <w:bottom w:w="100" w:type="dxa"/>
              <w:right w:w="120" w:type="dxa"/>
            </w:tcMar>
          </w:tcPr>
          <w:p w14:paraId="125E9591" w14:textId="77777777" w:rsidR="001B4F3B" w:rsidRDefault="00000000">
            <w:pPr>
              <w:rPr>
                <w:rFonts w:hint="eastAsia"/>
              </w:rPr>
            </w:pPr>
            <w:r>
              <w:t>Was passiert?</w:t>
            </w:r>
            <w:r>
              <w:br/>
            </w:r>
            <w:r>
              <w:br/>
              <w:t>________________________________________________________</w:t>
            </w:r>
          </w:p>
        </w:tc>
      </w:tr>
      <w:tr w:rsidR="001B4F3B" w14:paraId="10A327EB" w14:textId="77777777">
        <w:trPr>
          <w:jc w:val="center"/>
        </w:trPr>
        <w:tc>
          <w:tcPr>
            <w:tcW w:w="5100" w:type="dxa"/>
            <w:shd w:val="clear" w:color="auto" w:fill="F7EEEE"/>
            <w:tcMar>
              <w:top w:w="100" w:type="dxa"/>
              <w:left w:w="120" w:type="dxa"/>
              <w:bottom w:w="100" w:type="dxa"/>
              <w:right w:w="120" w:type="dxa"/>
            </w:tcMar>
            <w:vAlign w:val="center"/>
          </w:tcPr>
          <w:p w14:paraId="7CDF2BD7" w14:textId="77777777" w:rsidR="001B4F3B" w:rsidRDefault="00000000">
            <w:pPr>
              <w:rPr>
                <w:rFonts w:hint="eastAsia"/>
              </w:rPr>
            </w:pPr>
            <w:r>
              <w:rPr>
                <w:b/>
              </w:rPr>
              <w:t>GEDANKE</w:t>
            </w:r>
          </w:p>
        </w:tc>
        <w:tc>
          <w:tcPr>
            <w:tcW w:w="5100" w:type="dxa"/>
            <w:tcMar>
              <w:top w:w="100" w:type="dxa"/>
              <w:left w:w="120" w:type="dxa"/>
              <w:bottom w:w="100" w:type="dxa"/>
              <w:right w:w="120" w:type="dxa"/>
            </w:tcMar>
          </w:tcPr>
          <w:p w14:paraId="18A1C22E" w14:textId="77777777" w:rsidR="001B4F3B" w:rsidRDefault="00000000">
            <w:pPr>
              <w:rPr>
                <w:rFonts w:hint="eastAsia"/>
              </w:rPr>
            </w:pPr>
            <w:r>
              <w:t>Was denke ich darüber?</w:t>
            </w:r>
            <w:r>
              <w:br/>
            </w:r>
            <w:r>
              <w:br/>
              <w:t>________________________________________________________</w:t>
            </w:r>
          </w:p>
        </w:tc>
      </w:tr>
      <w:tr w:rsidR="001B4F3B" w14:paraId="0994F158" w14:textId="77777777">
        <w:trPr>
          <w:jc w:val="center"/>
        </w:trPr>
        <w:tc>
          <w:tcPr>
            <w:tcW w:w="5100" w:type="dxa"/>
            <w:shd w:val="clear" w:color="auto" w:fill="F7EEEE"/>
            <w:tcMar>
              <w:top w:w="100" w:type="dxa"/>
              <w:left w:w="120" w:type="dxa"/>
              <w:bottom w:w="100" w:type="dxa"/>
              <w:right w:w="120" w:type="dxa"/>
            </w:tcMar>
            <w:vAlign w:val="center"/>
          </w:tcPr>
          <w:p w14:paraId="5E3F279A" w14:textId="77777777" w:rsidR="001B4F3B" w:rsidRDefault="00000000">
            <w:pPr>
              <w:rPr>
                <w:rFonts w:hint="eastAsia"/>
              </w:rPr>
            </w:pPr>
            <w:r>
              <w:rPr>
                <w:b/>
              </w:rPr>
              <w:t>GEFÜHL</w:t>
            </w:r>
          </w:p>
        </w:tc>
        <w:tc>
          <w:tcPr>
            <w:tcW w:w="5100" w:type="dxa"/>
            <w:tcMar>
              <w:top w:w="100" w:type="dxa"/>
              <w:left w:w="120" w:type="dxa"/>
              <w:bottom w:w="100" w:type="dxa"/>
              <w:right w:w="120" w:type="dxa"/>
            </w:tcMar>
          </w:tcPr>
          <w:p w14:paraId="37DF38DB" w14:textId="77777777" w:rsidR="001B4F3B" w:rsidRDefault="00000000">
            <w:pPr>
              <w:rPr>
                <w:rFonts w:hint="eastAsia"/>
              </w:rPr>
            </w:pPr>
            <w:r>
              <w:t>Was fühle ich dadurch?</w:t>
            </w:r>
            <w:r>
              <w:br/>
            </w:r>
            <w:r>
              <w:br/>
              <w:t>________________________________________________________</w:t>
            </w:r>
          </w:p>
        </w:tc>
      </w:tr>
      <w:tr w:rsidR="001B4F3B" w14:paraId="6AF87BB9" w14:textId="77777777">
        <w:trPr>
          <w:jc w:val="center"/>
        </w:trPr>
        <w:tc>
          <w:tcPr>
            <w:tcW w:w="5100" w:type="dxa"/>
            <w:shd w:val="clear" w:color="auto" w:fill="F7EEEE"/>
            <w:tcMar>
              <w:top w:w="100" w:type="dxa"/>
              <w:left w:w="120" w:type="dxa"/>
              <w:bottom w:w="100" w:type="dxa"/>
              <w:right w:w="120" w:type="dxa"/>
            </w:tcMar>
            <w:vAlign w:val="center"/>
          </w:tcPr>
          <w:p w14:paraId="31FB70E5" w14:textId="77777777" w:rsidR="001B4F3B" w:rsidRDefault="00000000">
            <w:pPr>
              <w:rPr>
                <w:rFonts w:hint="eastAsia"/>
              </w:rPr>
            </w:pPr>
            <w:r>
              <w:rPr>
                <w:b/>
              </w:rPr>
              <w:t>HANDLUNG</w:t>
            </w:r>
          </w:p>
        </w:tc>
        <w:tc>
          <w:tcPr>
            <w:tcW w:w="5100" w:type="dxa"/>
            <w:tcMar>
              <w:top w:w="100" w:type="dxa"/>
              <w:left w:w="120" w:type="dxa"/>
              <w:bottom w:w="100" w:type="dxa"/>
              <w:right w:w="120" w:type="dxa"/>
            </w:tcMar>
          </w:tcPr>
          <w:p w14:paraId="1626D650" w14:textId="77777777" w:rsidR="001B4F3B" w:rsidRDefault="00000000">
            <w:pPr>
              <w:rPr>
                <w:rFonts w:hint="eastAsia"/>
              </w:rPr>
            </w:pPr>
            <w:r>
              <w:t>Was tue oder vermeide ich deshalb?</w:t>
            </w:r>
            <w:r>
              <w:br/>
            </w:r>
            <w:r>
              <w:br/>
              <w:t>________________________________________________________</w:t>
            </w:r>
          </w:p>
        </w:tc>
      </w:tr>
      <w:tr w:rsidR="001B4F3B" w14:paraId="5B9E17B9" w14:textId="77777777">
        <w:trPr>
          <w:jc w:val="center"/>
        </w:trPr>
        <w:tc>
          <w:tcPr>
            <w:tcW w:w="5100" w:type="dxa"/>
            <w:shd w:val="clear" w:color="auto" w:fill="F7EEEE"/>
            <w:tcMar>
              <w:top w:w="100" w:type="dxa"/>
              <w:left w:w="120" w:type="dxa"/>
              <w:bottom w:w="100" w:type="dxa"/>
              <w:right w:w="120" w:type="dxa"/>
            </w:tcMar>
            <w:vAlign w:val="center"/>
          </w:tcPr>
          <w:p w14:paraId="59AF5F0B" w14:textId="77777777" w:rsidR="001B4F3B" w:rsidRDefault="00000000">
            <w:pPr>
              <w:rPr>
                <w:rFonts w:hint="eastAsia"/>
              </w:rPr>
            </w:pPr>
            <w:r>
              <w:rPr>
                <w:b/>
              </w:rPr>
              <w:t>ERGEBNIS</w:t>
            </w:r>
          </w:p>
        </w:tc>
        <w:tc>
          <w:tcPr>
            <w:tcW w:w="5100" w:type="dxa"/>
            <w:tcMar>
              <w:top w:w="100" w:type="dxa"/>
              <w:left w:w="120" w:type="dxa"/>
              <w:bottom w:w="100" w:type="dxa"/>
              <w:right w:w="120" w:type="dxa"/>
            </w:tcMar>
          </w:tcPr>
          <w:p w14:paraId="37DE0622" w14:textId="77777777" w:rsidR="001B4F3B" w:rsidRDefault="00000000">
            <w:pPr>
              <w:rPr>
                <w:rFonts w:hint="eastAsia"/>
              </w:rPr>
            </w:pPr>
            <w:r>
              <w:t>Was entsteht dadurch?</w:t>
            </w:r>
            <w:r>
              <w:br/>
            </w:r>
            <w:r>
              <w:br/>
              <w:t>________________________________________________________</w:t>
            </w:r>
          </w:p>
        </w:tc>
      </w:tr>
    </w:tbl>
    <w:p w14:paraId="5B00F816" w14:textId="77777777" w:rsidR="001B4F3B" w:rsidRDefault="00000000">
      <w:pPr>
        <w:pStyle w:val="berschrift1"/>
      </w:pPr>
      <w:r>
        <w:lastRenderedPageBreak/>
        <w:t>8. Welche Geschichte erzählst du dir gerade?</w:t>
      </w:r>
    </w:p>
    <w:p w14:paraId="4F3A42B3" w14:textId="77777777" w:rsidR="001B4F3B" w:rsidRDefault="00000000">
      <w:pPr>
        <w:rPr>
          <w:rFonts w:hint="eastAsia"/>
        </w:rPr>
      </w:pPr>
      <w:r>
        <w:rPr>
          <w:b/>
        </w:rPr>
        <w:t>Welche Geschichte erzählst du dir momentan über dich selbst?</w:t>
      </w:r>
    </w:p>
    <w:p w14:paraId="091DBDA6" w14:textId="77777777" w:rsidR="001B4F3B" w:rsidRDefault="00000000">
      <w:pPr>
        <w:spacing w:after="20"/>
        <w:rPr>
          <w:rFonts w:hint="eastAsia"/>
        </w:rPr>
      </w:pPr>
      <w:r>
        <w:rPr>
          <w:color w:val="B5B5B5"/>
          <w:sz w:val="18"/>
        </w:rPr>
        <w:t>________________________________________________________________________________</w:t>
      </w:r>
    </w:p>
    <w:p w14:paraId="55013D01" w14:textId="77777777" w:rsidR="001B4F3B" w:rsidRDefault="00000000">
      <w:pPr>
        <w:spacing w:after="20"/>
        <w:rPr>
          <w:rFonts w:hint="eastAsia"/>
        </w:rPr>
      </w:pPr>
      <w:r>
        <w:rPr>
          <w:color w:val="B5B5B5"/>
          <w:sz w:val="18"/>
        </w:rPr>
        <w:t>________________________________________________________________________________</w:t>
      </w:r>
    </w:p>
    <w:p w14:paraId="2B8E35F1" w14:textId="77777777" w:rsidR="001B4F3B" w:rsidRDefault="00000000">
      <w:pPr>
        <w:spacing w:after="20"/>
        <w:rPr>
          <w:rFonts w:hint="eastAsia"/>
        </w:rPr>
      </w:pPr>
      <w:r>
        <w:rPr>
          <w:color w:val="B5B5B5"/>
          <w:sz w:val="18"/>
        </w:rPr>
        <w:t>________________________________________________________________________________</w:t>
      </w:r>
    </w:p>
    <w:p w14:paraId="09B82B95" w14:textId="77777777" w:rsidR="001B4F3B" w:rsidRDefault="00000000">
      <w:pPr>
        <w:rPr>
          <w:rFonts w:hint="eastAsia"/>
        </w:rPr>
      </w:pPr>
      <w:r>
        <w:rPr>
          <w:b/>
        </w:rPr>
        <w:t>Welche Geschichte möchtest du nicht länger mit dir herumtragen?</w:t>
      </w:r>
    </w:p>
    <w:p w14:paraId="796C9C1D" w14:textId="77777777" w:rsidR="001B4F3B" w:rsidRDefault="00000000">
      <w:pPr>
        <w:spacing w:after="20"/>
        <w:rPr>
          <w:rFonts w:hint="eastAsia"/>
        </w:rPr>
      </w:pPr>
      <w:r>
        <w:rPr>
          <w:color w:val="B5B5B5"/>
          <w:sz w:val="18"/>
        </w:rPr>
        <w:t>________________________________________________________________________________</w:t>
      </w:r>
    </w:p>
    <w:p w14:paraId="56ADEC16" w14:textId="77777777" w:rsidR="001B4F3B" w:rsidRDefault="00000000">
      <w:pPr>
        <w:spacing w:after="20"/>
        <w:rPr>
          <w:rFonts w:hint="eastAsia"/>
        </w:rPr>
      </w:pPr>
      <w:r>
        <w:rPr>
          <w:color w:val="B5B5B5"/>
          <w:sz w:val="18"/>
        </w:rPr>
        <w:t>________________________________________________________________________________</w:t>
      </w:r>
    </w:p>
    <w:p w14:paraId="6946E307" w14:textId="77777777" w:rsidR="001B4F3B" w:rsidRDefault="00000000">
      <w:pPr>
        <w:spacing w:after="20"/>
        <w:rPr>
          <w:rFonts w:hint="eastAsia"/>
        </w:rPr>
      </w:pPr>
      <w:r>
        <w:rPr>
          <w:color w:val="B5B5B5"/>
          <w:sz w:val="18"/>
        </w:rPr>
        <w:t>________________________________________________________________________________</w:t>
      </w:r>
    </w:p>
    <w:p w14:paraId="5F8077FB" w14:textId="77777777" w:rsidR="001B4F3B" w:rsidRDefault="00000000">
      <w:pPr>
        <w:rPr>
          <w:rFonts w:hint="eastAsia"/>
        </w:rPr>
      </w:pPr>
      <w:r>
        <w:rPr>
          <w:b/>
        </w:rPr>
        <w:t>Was müsste sich verändern, damit du dich wieder mehr wie du selbst fühlst?</w:t>
      </w:r>
    </w:p>
    <w:p w14:paraId="5E87BC5C" w14:textId="77777777" w:rsidR="001B4F3B" w:rsidRDefault="00000000">
      <w:pPr>
        <w:spacing w:after="20"/>
        <w:rPr>
          <w:rFonts w:hint="eastAsia"/>
        </w:rPr>
      </w:pPr>
      <w:r>
        <w:rPr>
          <w:color w:val="B5B5B5"/>
          <w:sz w:val="18"/>
        </w:rPr>
        <w:t>________________________________________________________________________________</w:t>
      </w:r>
    </w:p>
    <w:p w14:paraId="18521002" w14:textId="77777777" w:rsidR="001B4F3B" w:rsidRDefault="00000000">
      <w:pPr>
        <w:spacing w:after="20"/>
        <w:rPr>
          <w:rFonts w:hint="eastAsia"/>
        </w:rPr>
      </w:pPr>
      <w:r>
        <w:rPr>
          <w:color w:val="B5B5B5"/>
          <w:sz w:val="18"/>
        </w:rPr>
        <w:t>________________________________________________________________________________</w:t>
      </w:r>
    </w:p>
    <w:p w14:paraId="1F3CD680" w14:textId="77777777" w:rsidR="001B4F3B" w:rsidRDefault="00000000">
      <w:pPr>
        <w:spacing w:after="20"/>
        <w:rPr>
          <w:rFonts w:hint="eastAsia"/>
        </w:rPr>
      </w:pPr>
      <w:r>
        <w:rPr>
          <w:color w:val="B5B5B5"/>
          <w:sz w:val="18"/>
        </w:rPr>
        <w:t>________________________________________________________________________________</w:t>
      </w:r>
    </w:p>
    <w:p w14:paraId="7BFDA1B2" w14:textId="77777777" w:rsidR="001B4F3B" w:rsidRDefault="00000000">
      <w:pPr>
        <w:pStyle w:val="berschrift1"/>
      </w:pPr>
      <w:r>
        <w:t>9. Eine wichtige Beziehungsfrage</w:t>
      </w:r>
    </w:p>
    <w:p w14:paraId="4C312884" w14:textId="77777777" w:rsidR="001B4F3B" w:rsidRDefault="00000000">
      <w:pPr>
        <w:rPr>
          <w:rFonts w:hint="eastAsia"/>
        </w:rPr>
      </w:pPr>
      <w:r>
        <w:rPr>
          <w:b/>
        </w:rPr>
        <w:t>Stell dir vor, dein Partner verändert sich ab heute überhaupt nicht mehr. Keine neuen Versprechen, kein „Diesmal wird alles anders“ und keine Hoffnung darauf, dass dieser Mensch irgendwann anders wird. Wenn eure Beziehung die nächsten fünf Jahre genauso bliebe, wie sie heute ist: Würdest du sie weiterhin wählen?</w:t>
      </w:r>
    </w:p>
    <w:p w14:paraId="14EC3DBA" w14:textId="77777777" w:rsidR="001B4F3B" w:rsidRDefault="00000000">
      <w:pPr>
        <w:spacing w:after="120"/>
        <w:rPr>
          <w:rFonts w:hint="eastAsia"/>
        </w:rPr>
      </w:pPr>
      <w:r>
        <w:t>☐ Ja</w:t>
      </w:r>
      <w:r>
        <w:br/>
        <w:t>☐ Nein</w:t>
      </w:r>
      <w:r>
        <w:br/>
        <w:t>☐ Ich weiß es nicht</w:t>
      </w:r>
    </w:p>
    <w:p w14:paraId="4608C004" w14:textId="77777777" w:rsidR="001B4F3B" w:rsidRDefault="00000000">
      <w:pPr>
        <w:rPr>
          <w:rFonts w:hint="eastAsia"/>
        </w:rPr>
      </w:pPr>
      <w:r>
        <w:rPr>
          <w:b/>
        </w:rPr>
        <w:t>Warum?</w:t>
      </w:r>
    </w:p>
    <w:p w14:paraId="58BB432D" w14:textId="77777777" w:rsidR="001B4F3B" w:rsidRDefault="00000000">
      <w:pPr>
        <w:spacing w:after="20"/>
        <w:rPr>
          <w:rFonts w:hint="eastAsia"/>
        </w:rPr>
      </w:pPr>
      <w:r>
        <w:rPr>
          <w:color w:val="B5B5B5"/>
          <w:sz w:val="18"/>
        </w:rPr>
        <w:t>________________________________________________________________________________</w:t>
      </w:r>
    </w:p>
    <w:p w14:paraId="230CFA81" w14:textId="77777777" w:rsidR="001B4F3B" w:rsidRDefault="00000000">
      <w:pPr>
        <w:spacing w:after="20"/>
        <w:rPr>
          <w:rFonts w:hint="eastAsia"/>
        </w:rPr>
      </w:pPr>
      <w:r>
        <w:rPr>
          <w:color w:val="B5B5B5"/>
          <w:sz w:val="18"/>
        </w:rPr>
        <w:t>________________________________________________________________________________</w:t>
      </w:r>
    </w:p>
    <w:p w14:paraId="43F2E295" w14:textId="77777777" w:rsidR="001B4F3B" w:rsidRDefault="00000000">
      <w:pPr>
        <w:spacing w:after="20"/>
        <w:rPr>
          <w:rFonts w:hint="eastAsia"/>
        </w:rPr>
      </w:pPr>
      <w:r>
        <w:rPr>
          <w:color w:val="B5B5B5"/>
          <w:sz w:val="18"/>
        </w:rPr>
        <w:t>________________________________________________________________________________</w:t>
      </w:r>
    </w:p>
    <w:p w14:paraId="57EB3F0D" w14:textId="77777777" w:rsidR="001B4F3B" w:rsidRDefault="00000000">
      <w:pPr>
        <w:spacing w:after="20"/>
        <w:rPr>
          <w:rFonts w:hint="eastAsia"/>
        </w:rPr>
      </w:pPr>
      <w:r>
        <w:rPr>
          <w:color w:val="B5B5B5"/>
          <w:sz w:val="18"/>
        </w:rPr>
        <w:t>________________________________________________________________________________</w:t>
      </w:r>
    </w:p>
    <w:p w14:paraId="76DEB627" w14:textId="77777777" w:rsidR="001B4F3B" w:rsidRDefault="00000000">
      <w:pPr>
        <w:pStyle w:val="berschrift1"/>
      </w:pPr>
      <w:r>
        <w:t>10. Was möchtest du aus unserem Coaching mitnehmen?</w:t>
      </w:r>
    </w:p>
    <w:p w14:paraId="58FEED9A" w14:textId="77777777" w:rsidR="001B4F3B" w:rsidRDefault="00000000">
      <w:pPr>
        <w:rPr>
          <w:rFonts w:hint="eastAsia"/>
        </w:rPr>
      </w:pPr>
      <w:r>
        <w:rPr>
          <w:b/>
        </w:rPr>
        <w:t>„Wenn ich unsere Sitzung verlasse, möchte ich …“</w:t>
      </w:r>
    </w:p>
    <w:p w14:paraId="46EE1B77" w14:textId="77777777" w:rsidR="001B4F3B" w:rsidRDefault="00000000">
      <w:pPr>
        <w:spacing w:after="20"/>
        <w:rPr>
          <w:rFonts w:hint="eastAsia"/>
        </w:rPr>
      </w:pPr>
      <w:r>
        <w:rPr>
          <w:color w:val="B5B5B5"/>
          <w:sz w:val="18"/>
        </w:rPr>
        <w:t>________________________________________________________________________________</w:t>
      </w:r>
    </w:p>
    <w:p w14:paraId="37A07B00" w14:textId="77777777" w:rsidR="001B4F3B" w:rsidRDefault="00000000">
      <w:pPr>
        <w:spacing w:after="20"/>
        <w:rPr>
          <w:rFonts w:hint="eastAsia"/>
        </w:rPr>
      </w:pPr>
      <w:r>
        <w:rPr>
          <w:color w:val="B5B5B5"/>
          <w:sz w:val="18"/>
        </w:rPr>
        <w:t>________________________________________________________________________________</w:t>
      </w:r>
    </w:p>
    <w:p w14:paraId="229B6F84" w14:textId="77777777" w:rsidR="001B4F3B" w:rsidRDefault="00000000">
      <w:pPr>
        <w:spacing w:after="20"/>
        <w:rPr>
          <w:rFonts w:hint="eastAsia"/>
        </w:rPr>
      </w:pPr>
      <w:r>
        <w:rPr>
          <w:color w:val="B5B5B5"/>
          <w:sz w:val="18"/>
        </w:rPr>
        <w:t>________________________________________________________________________________</w:t>
      </w:r>
    </w:p>
    <w:p w14:paraId="4011DD7D" w14:textId="77777777" w:rsidR="001B4F3B" w:rsidRDefault="00000000">
      <w:pPr>
        <w:rPr>
          <w:rFonts w:hint="eastAsia"/>
        </w:rPr>
      </w:pPr>
      <w:r>
        <w:rPr>
          <w:b/>
        </w:rPr>
        <w:t>Wenn du deiner jetzigen Geschichte einen Titel geben müsstest, wie würde er heißen?</w:t>
      </w:r>
    </w:p>
    <w:p w14:paraId="086AE9A4" w14:textId="77777777" w:rsidR="001B4F3B" w:rsidRDefault="00000000">
      <w:pPr>
        <w:spacing w:after="20"/>
        <w:rPr>
          <w:rFonts w:hint="eastAsia"/>
        </w:rPr>
      </w:pPr>
      <w:r>
        <w:rPr>
          <w:color w:val="B5B5B5"/>
          <w:sz w:val="18"/>
        </w:rPr>
        <w:t>________________________________________________________________________________</w:t>
      </w:r>
    </w:p>
    <w:p w14:paraId="0891FB45" w14:textId="77777777" w:rsidR="001B4F3B" w:rsidRDefault="00000000">
      <w:pPr>
        <w:spacing w:after="20"/>
        <w:rPr>
          <w:rFonts w:hint="eastAsia"/>
        </w:rPr>
      </w:pPr>
      <w:r>
        <w:rPr>
          <w:color w:val="B5B5B5"/>
          <w:sz w:val="18"/>
        </w:rPr>
        <w:t>________________________________________________________________________________</w:t>
      </w:r>
    </w:p>
    <w:p w14:paraId="63612C81" w14:textId="77777777" w:rsidR="001B4F3B" w:rsidRDefault="00000000">
      <w:pPr>
        <w:spacing w:before="200" w:after="80"/>
        <w:rPr>
          <w:rFonts w:hint="eastAsia"/>
        </w:rPr>
      </w:pPr>
      <w:r>
        <w:rPr>
          <w:b/>
          <w:color w:val="D98D8A"/>
          <w:sz w:val="26"/>
        </w:rPr>
        <w:t>Mit welcher Geschichte kommst du heute zu mir?</w:t>
      </w:r>
    </w:p>
    <w:p w14:paraId="21F531AC" w14:textId="77777777" w:rsidR="001B4F3B" w:rsidRDefault="00000000">
      <w:pPr>
        <w:rPr>
          <w:rFonts w:hint="eastAsia"/>
        </w:rPr>
      </w:pPr>
      <w:r>
        <w:rPr>
          <w:b/>
          <w:color w:val="D98D8A"/>
          <w:sz w:val="26"/>
        </w:rPr>
        <w:t>Und mit welcher Geschichte möchtest du wieder gehen?</w:t>
      </w:r>
    </w:p>
    <w:p w14:paraId="567F6109" w14:textId="77777777" w:rsidR="001B4F3B" w:rsidRDefault="00000000">
      <w:pPr>
        <w:spacing w:before="280"/>
        <w:jc w:val="center"/>
        <w:rPr>
          <w:rFonts w:hint="eastAsia"/>
        </w:rPr>
      </w:pPr>
      <w:r>
        <w:rPr>
          <w:b/>
          <w:sz w:val="20"/>
        </w:rPr>
        <w:t>Sandra Gründhammer · Coaching</w:t>
      </w:r>
      <w:r>
        <w:rPr>
          <w:i/>
        </w:rPr>
        <w:br/>
        <w:t>Verstehen. Erkennen. Verändern.</w:t>
      </w:r>
    </w:p>
    <w:sectPr w:rsidR="001B4F3B" w:rsidSect="00034616">
      <w:footerReference w:type="default" r:id="rId8"/>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9E877" w14:textId="77777777" w:rsidR="00BA634D" w:rsidRDefault="00BA634D">
      <w:pPr>
        <w:spacing w:after="0" w:line="240" w:lineRule="auto"/>
        <w:rPr>
          <w:rFonts w:hint="eastAsia"/>
        </w:rPr>
      </w:pPr>
      <w:r>
        <w:separator/>
      </w:r>
    </w:p>
  </w:endnote>
  <w:endnote w:type="continuationSeparator" w:id="0">
    <w:p w14:paraId="6270E92B" w14:textId="77777777" w:rsidR="00BA634D" w:rsidRDefault="00BA634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83334" w14:textId="77777777" w:rsidR="001B4F3B" w:rsidRPr="00603850" w:rsidRDefault="00000000">
    <w:pPr>
      <w:pStyle w:val="Fuzeile"/>
      <w:jc w:val="center"/>
      <w:rPr>
        <w:rFonts w:hint="eastAsia"/>
        <w:lang w:val="de-AT"/>
      </w:rPr>
    </w:pPr>
    <w:r w:rsidRPr="00603850">
      <w:rPr>
        <w:color w:val="777777"/>
        <w:sz w:val="15"/>
        <w:lang w:val="de-AT"/>
      </w:rPr>
      <w:t>Selbstreflexions- und Coaching-Vorbereitungsbogen · Kein diagnostischer Test und kein Ersatz für medizinische oder psychotherapeutische Behandlung.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25A4" w14:textId="77777777" w:rsidR="00BA634D" w:rsidRDefault="00BA634D">
      <w:pPr>
        <w:spacing w:after="0" w:line="240" w:lineRule="auto"/>
        <w:rPr>
          <w:rFonts w:hint="eastAsia"/>
        </w:rPr>
      </w:pPr>
      <w:r>
        <w:separator/>
      </w:r>
    </w:p>
  </w:footnote>
  <w:footnote w:type="continuationSeparator" w:id="0">
    <w:p w14:paraId="43629865" w14:textId="77777777" w:rsidR="00BA634D" w:rsidRDefault="00BA634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2036498355">
    <w:abstractNumId w:val="8"/>
  </w:num>
  <w:num w:numId="2" w16cid:durableId="967248535">
    <w:abstractNumId w:val="6"/>
  </w:num>
  <w:num w:numId="3" w16cid:durableId="1841770179">
    <w:abstractNumId w:val="5"/>
  </w:num>
  <w:num w:numId="4" w16cid:durableId="806244202">
    <w:abstractNumId w:val="4"/>
  </w:num>
  <w:num w:numId="5" w16cid:durableId="1252081963">
    <w:abstractNumId w:val="7"/>
  </w:num>
  <w:num w:numId="6" w16cid:durableId="589655899">
    <w:abstractNumId w:val="3"/>
  </w:num>
  <w:num w:numId="7" w16cid:durableId="698314393">
    <w:abstractNumId w:val="2"/>
  </w:num>
  <w:num w:numId="8" w16cid:durableId="1525703778">
    <w:abstractNumId w:val="1"/>
  </w:num>
  <w:num w:numId="9" w16cid:durableId="56580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4F3B"/>
    <w:rsid w:val="0029639D"/>
    <w:rsid w:val="00326F90"/>
    <w:rsid w:val="00603850"/>
    <w:rsid w:val="008769B9"/>
    <w:rsid w:val="00AA1D8D"/>
    <w:rsid w:val="00B47730"/>
    <w:rsid w:val="00BA634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547485"/>
  <w14:defaultImageDpi w14:val="300"/>
  <w15:docId w15:val="{1383FE72-6AA7-41F8-BA77-15892569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pPr>
    <w:rPr>
      <w:rFonts w:ascii="Aptos" w:hAnsi="Aptos"/>
      <w:sz w:val="21"/>
    </w:rPr>
  </w:style>
  <w:style w:type="paragraph" w:styleId="berschrift1">
    <w:name w:val="heading 1"/>
    <w:basedOn w:val="Standard"/>
    <w:next w:val="Standard"/>
    <w:link w:val="berschrift1Zchn"/>
    <w:uiPriority w:val="9"/>
    <w:qFormat/>
    <w:rsid w:val="00FC693F"/>
    <w:pPr>
      <w:keepNext/>
      <w:keepLines/>
      <w:spacing w:before="240"/>
      <w:outlineLvl w:val="0"/>
    </w:pPr>
    <w:rPr>
      <w:rFonts w:asciiTheme="majorHAnsi" w:eastAsiaTheme="majorEastAsia" w:hAnsiTheme="majorHAnsi" w:cstheme="majorBidi"/>
      <w:b/>
      <w:bCs/>
      <w:color w:val="292929"/>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292929"/>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92929"/>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Gründhammer</cp:lastModifiedBy>
  <cp:revision>2</cp:revision>
  <dcterms:created xsi:type="dcterms:W3CDTF">2026-09-18T16:45:00Z</dcterms:created>
  <dcterms:modified xsi:type="dcterms:W3CDTF">2026-09-18T16:45:00Z</dcterms:modified>
  <cp:category/>
</cp:coreProperties>
</file>